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F5E1B" w14:textId="3EDBB718" w:rsidR="00FA66F4" w:rsidRDefault="00A67D6E">
      <w:pPr>
        <w:jc w:val="center"/>
      </w:pPr>
      <w:r>
        <w:rPr>
          <w:b/>
          <w:noProof/>
          <w:sz w:val="40"/>
        </w:rPr>
        <w:drawing>
          <wp:anchor distT="0" distB="0" distL="114300" distR="114300" simplePos="0" relativeHeight="251659264" behindDoc="0" locked="0" layoutInCell="1" allowOverlap="1" wp14:anchorId="0E0BF641" wp14:editId="7531F329">
            <wp:simplePos x="0" y="0"/>
            <wp:positionH relativeFrom="column">
              <wp:posOffset>-3810</wp:posOffset>
            </wp:positionH>
            <wp:positionV relativeFrom="paragraph">
              <wp:posOffset>-73660</wp:posOffset>
            </wp:positionV>
            <wp:extent cx="869944" cy="438150"/>
            <wp:effectExtent l="0" t="0" r="0" b="0"/>
            <wp:wrapNone/>
            <wp:docPr id="1757810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10825" name="Picture 1757810825"/>
                    <pic:cNvPicPr/>
                  </pic:nvPicPr>
                  <pic:blipFill>
                    <a:blip r:embed="rId8"/>
                    <a:stretch>
                      <a:fillRect/>
                    </a:stretch>
                  </pic:blipFill>
                  <pic:spPr>
                    <a:xfrm>
                      <a:off x="0" y="0"/>
                      <a:ext cx="869944" cy="438150"/>
                    </a:xfrm>
                    <a:prstGeom prst="rect">
                      <a:avLst/>
                    </a:prstGeom>
                  </pic:spPr>
                </pic:pic>
              </a:graphicData>
            </a:graphic>
            <wp14:sizeRelH relativeFrom="margin">
              <wp14:pctWidth>0</wp14:pctWidth>
            </wp14:sizeRelH>
            <wp14:sizeRelV relativeFrom="margin">
              <wp14:pctHeight>0</wp14:pctHeight>
            </wp14:sizeRelV>
          </wp:anchor>
        </w:drawing>
      </w:r>
      <w:r w:rsidR="0079117A">
        <w:rPr>
          <w:b/>
          <w:sz w:val="32"/>
        </w:rPr>
        <w:t>Certified Jail Chaplain (CJC) Program</w:t>
      </w:r>
    </w:p>
    <w:p w14:paraId="3F6A0B0C" w14:textId="77777777" w:rsidR="00FA66F4" w:rsidRDefault="0079117A">
      <w:pPr>
        <w:jc w:val="center"/>
      </w:pPr>
      <w:r>
        <w:rPr>
          <w:b/>
          <w:sz w:val="24"/>
        </w:rPr>
        <w:t>APPLICATION &amp; EXPERIENTIAL BACKGROUND FORM (EBF)</w:t>
      </w:r>
    </w:p>
    <w:p w14:paraId="164FB0BE" w14:textId="77777777" w:rsidR="006C5C4E" w:rsidRDefault="006C5C4E">
      <w:pPr>
        <w:rPr>
          <w:b/>
        </w:rPr>
      </w:pPr>
    </w:p>
    <w:p w14:paraId="6236B202" w14:textId="08A7540A" w:rsidR="00FA66F4" w:rsidRDefault="0079117A">
      <w:r>
        <w:rPr>
          <w:b/>
        </w:rPr>
        <w:t>Application Sections and Maximum Point Values</w:t>
      </w:r>
    </w:p>
    <w:tbl>
      <w:tblPr>
        <w:tblStyle w:val="TableGrid"/>
        <w:tblW w:w="0" w:type="auto"/>
        <w:jc w:val="center"/>
        <w:tblLook w:val="04A0" w:firstRow="1" w:lastRow="0" w:firstColumn="1" w:lastColumn="0" w:noHBand="0" w:noVBand="1"/>
      </w:tblPr>
      <w:tblGrid>
        <w:gridCol w:w="2590"/>
        <w:gridCol w:w="2590"/>
        <w:gridCol w:w="2589"/>
        <w:gridCol w:w="2589"/>
      </w:tblGrid>
      <w:tr w:rsidR="00FA66F4" w14:paraId="033D0A3A" w14:textId="77777777">
        <w:trPr>
          <w:tblHeader/>
          <w:jc w:val="center"/>
        </w:trPr>
        <w:tc>
          <w:tcPr>
            <w:tcW w:w="2592" w:type="dxa"/>
            <w:shd w:val="clear" w:color="auto" w:fill="E7E6E6"/>
            <w:tcMar>
              <w:top w:w="75" w:type="dxa"/>
              <w:left w:w="90" w:type="dxa"/>
              <w:bottom w:w="75" w:type="dxa"/>
              <w:right w:w="90" w:type="dxa"/>
            </w:tcMar>
            <w:vAlign w:val="center"/>
          </w:tcPr>
          <w:p w14:paraId="6757F115" w14:textId="77777777" w:rsidR="00FA66F4" w:rsidRDefault="0079117A">
            <w:pPr>
              <w:spacing w:before="20" w:after="60" w:line="252" w:lineRule="auto"/>
            </w:pPr>
            <w:r>
              <w:rPr>
                <w:b/>
              </w:rPr>
              <w:t>Section</w:t>
            </w:r>
          </w:p>
        </w:tc>
        <w:tc>
          <w:tcPr>
            <w:tcW w:w="2592" w:type="dxa"/>
            <w:shd w:val="clear" w:color="auto" w:fill="E7E6E6"/>
            <w:tcMar>
              <w:top w:w="75" w:type="dxa"/>
              <w:left w:w="90" w:type="dxa"/>
              <w:bottom w:w="75" w:type="dxa"/>
              <w:right w:w="90" w:type="dxa"/>
            </w:tcMar>
            <w:vAlign w:val="center"/>
          </w:tcPr>
          <w:p w14:paraId="33C8A439" w14:textId="77777777" w:rsidR="00FA66F4" w:rsidRDefault="0079117A">
            <w:pPr>
              <w:spacing w:before="20" w:after="60" w:line="252" w:lineRule="auto"/>
            </w:pPr>
            <w:r>
              <w:rPr>
                <w:b/>
              </w:rPr>
              <w:t>Category</w:t>
            </w:r>
          </w:p>
        </w:tc>
        <w:tc>
          <w:tcPr>
            <w:tcW w:w="2592" w:type="dxa"/>
            <w:shd w:val="clear" w:color="auto" w:fill="E7E6E6"/>
            <w:tcMar>
              <w:top w:w="75" w:type="dxa"/>
              <w:left w:w="90" w:type="dxa"/>
              <w:bottom w:w="75" w:type="dxa"/>
              <w:right w:w="90" w:type="dxa"/>
            </w:tcMar>
            <w:vAlign w:val="center"/>
          </w:tcPr>
          <w:p w14:paraId="3350E045" w14:textId="77777777" w:rsidR="00FA66F4" w:rsidRDefault="0079117A">
            <w:pPr>
              <w:spacing w:before="20" w:after="60" w:line="252" w:lineRule="auto"/>
            </w:pPr>
            <w:r>
              <w:rPr>
                <w:b/>
              </w:rPr>
              <w:t>Maximum Points</w:t>
            </w:r>
          </w:p>
        </w:tc>
        <w:tc>
          <w:tcPr>
            <w:tcW w:w="2592" w:type="dxa"/>
            <w:shd w:val="clear" w:color="auto" w:fill="E7E6E6"/>
            <w:tcMar>
              <w:top w:w="75" w:type="dxa"/>
              <w:left w:w="90" w:type="dxa"/>
              <w:bottom w:w="75" w:type="dxa"/>
              <w:right w:w="90" w:type="dxa"/>
            </w:tcMar>
            <w:vAlign w:val="center"/>
          </w:tcPr>
          <w:p w14:paraId="40B88E6F" w14:textId="77777777" w:rsidR="00FA66F4" w:rsidRDefault="0079117A">
            <w:pPr>
              <w:spacing w:before="20" w:after="60" w:line="252" w:lineRule="auto"/>
            </w:pPr>
            <w:r>
              <w:rPr>
                <w:b/>
              </w:rPr>
              <w:t>Required Minimum</w:t>
            </w:r>
          </w:p>
        </w:tc>
      </w:tr>
      <w:tr w:rsidR="00FA66F4" w14:paraId="7CE1E63C" w14:textId="77777777">
        <w:trPr>
          <w:jc w:val="center"/>
        </w:trPr>
        <w:tc>
          <w:tcPr>
            <w:tcW w:w="2592" w:type="dxa"/>
            <w:tcMar>
              <w:top w:w="75" w:type="dxa"/>
              <w:left w:w="90" w:type="dxa"/>
              <w:bottom w:w="75" w:type="dxa"/>
              <w:right w:w="90" w:type="dxa"/>
            </w:tcMar>
            <w:vAlign w:val="center"/>
          </w:tcPr>
          <w:p w14:paraId="57BDF4A3" w14:textId="77777777" w:rsidR="00FA66F4" w:rsidRDefault="0079117A">
            <w:pPr>
              <w:spacing w:before="20" w:after="60" w:line="252" w:lineRule="auto"/>
            </w:pPr>
            <w:r>
              <w:t>1</w:t>
            </w:r>
          </w:p>
        </w:tc>
        <w:tc>
          <w:tcPr>
            <w:tcW w:w="2592" w:type="dxa"/>
            <w:tcMar>
              <w:top w:w="75" w:type="dxa"/>
              <w:left w:w="90" w:type="dxa"/>
              <w:bottom w:w="75" w:type="dxa"/>
              <w:right w:w="90" w:type="dxa"/>
            </w:tcMar>
            <w:vAlign w:val="center"/>
          </w:tcPr>
          <w:p w14:paraId="2D5EF972" w14:textId="77777777" w:rsidR="00FA66F4" w:rsidRDefault="0079117A">
            <w:pPr>
              <w:spacing w:before="20" w:after="60" w:line="252" w:lineRule="auto"/>
            </w:pPr>
            <w:r>
              <w:t>Theological &amp; Academic Education</w:t>
            </w:r>
          </w:p>
        </w:tc>
        <w:tc>
          <w:tcPr>
            <w:tcW w:w="2592" w:type="dxa"/>
            <w:tcMar>
              <w:top w:w="75" w:type="dxa"/>
              <w:left w:w="90" w:type="dxa"/>
              <w:bottom w:w="75" w:type="dxa"/>
              <w:right w:w="90" w:type="dxa"/>
            </w:tcMar>
            <w:vAlign w:val="center"/>
          </w:tcPr>
          <w:p w14:paraId="2F9447EE" w14:textId="77777777" w:rsidR="00FA66F4" w:rsidRDefault="0079117A">
            <w:pPr>
              <w:spacing w:before="20" w:after="60" w:line="252" w:lineRule="auto"/>
            </w:pPr>
            <w:r>
              <w:t>125</w:t>
            </w:r>
          </w:p>
        </w:tc>
        <w:tc>
          <w:tcPr>
            <w:tcW w:w="2592" w:type="dxa"/>
            <w:tcMar>
              <w:top w:w="75" w:type="dxa"/>
              <w:left w:w="90" w:type="dxa"/>
              <w:bottom w:w="75" w:type="dxa"/>
              <w:right w:w="90" w:type="dxa"/>
            </w:tcMar>
            <w:vAlign w:val="center"/>
          </w:tcPr>
          <w:p w14:paraId="6698542B" w14:textId="77777777" w:rsidR="00FA66F4" w:rsidRDefault="0079117A">
            <w:pPr>
              <w:spacing w:before="20" w:after="60" w:line="252" w:lineRule="auto"/>
            </w:pPr>
            <w:r>
              <w:t>-</w:t>
            </w:r>
          </w:p>
        </w:tc>
      </w:tr>
      <w:tr w:rsidR="00FA66F4" w14:paraId="48B8FD5C" w14:textId="77777777">
        <w:trPr>
          <w:jc w:val="center"/>
        </w:trPr>
        <w:tc>
          <w:tcPr>
            <w:tcW w:w="2592" w:type="dxa"/>
            <w:tcMar>
              <w:top w:w="75" w:type="dxa"/>
              <w:left w:w="90" w:type="dxa"/>
              <w:bottom w:w="75" w:type="dxa"/>
              <w:right w:w="90" w:type="dxa"/>
            </w:tcMar>
            <w:vAlign w:val="center"/>
          </w:tcPr>
          <w:p w14:paraId="014A8C3A" w14:textId="77777777" w:rsidR="00FA66F4" w:rsidRDefault="0079117A">
            <w:pPr>
              <w:spacing w:before="20" w:after="60" w:line="252" w:lineRule="auto"/>
            </w:pPr>
            <w:r>
              <w:t>2</w:t>
            </w:r>
          </w:p>
        </w:tc>
        <w:tc>
          <w:tcPr>
            <w:tcW w:w="2592" w:type="dxa"/>
            <w:tcMar>
              <w:top w:w="75" w:type="dxa"/>
              <w:left w:w="90" w:type="dxa"/>
              <w:bottom w:w="75" w:type="dxa"/>
              <w:right w:w="90" w:type="dxa"/>
            </w:tcMar>
            <w:vAlign w:val="center"/>
          </w:tcPr>
          <w:p w14:paraId="23F24D70" w14:textId="77777777" w:rsidR="00FA66F4" w:rsidRDefault="0079117A">
            <w:pPr>
              <w:spacing w:before="20" w:after="60" w:line="252" w:lineRule="auto"/>
            </w:pPr>
            <w:r>
              <w:t>Recognized Chaplaincy Credentials</w:t>
            </w:r>
          </w:p>
        </w:tc>
        <w:tc>
          <w:tcPr>
            <w:tcW w:w="2592" w:type="dxa"/>
            <w:tcMar>
              <w:top w:w="75" w:type="dxa"/>
              <w:left w:w="90" w:type="dxa"/>
              <w:bottom w:w="75" w:type="dxa"/>
              <w:right w:w="90" w:type="dxa"/>
            </w:tcMar>
            <w:vAlign w:val="center"/>
          </w:tcPr>
          <w:p w14:paraId="2191764A" w14:textId="77777777" w:rsidR="00FA66F4" w:rsidRDefault="0079117A">
            <w:pPr>
              <w:spacing w:before="20" w:after="60" w:line="252" w:lineRule="auto"/>
            </w:pPr>
            <w:r>
              <w:t>150</w:t>
            </w:r>
          </w:p>
        </w:tc>
        <w:tc>
          <w:tcPr>
            <w:tcW w:w="2592" w:type="dxa"/>
            <w:tcMar>
              <w:top w:w="75" w:type="dxa"/>
              <w:left w:w="90" w:type="dxa"/>
              <w:bottom w:w="75" w:type="dxa"/>
              <w:right w:w="90" w:type="dxa"/>
            </w:tcMar>
            <w:vAlign w:val="center"/>
          </w:tcPr>
          <w:p w14:paraId="6473C77D" w14:textId="77777777" w:rsidR="00FA66F4" w:rsidRDefault="0079117A">
            <w:pPr>
              <w:spacing w:before="20" w:after="60" w:line="252" w:lineRule="auto"/>
            </w:pPr>
            <w:r>
              <w:t>-</w:t>
            </w:r>
          </w:p>
        </w:tc>
      </w:tr>
      <w:tr w:rsidR="00FA66F4" w14:paraId="6AD9179C" w14:textId="77777777">
        <w:trPr>
          <w:jc w:val="center"/>
        </w:trPr>
        <w:tc>
          <w:tcPr>
            <w:tcW w:w="2592" w:type="dxa"/>
            <w:tcMar>
              <w:top w:w="75" w:type="dxa"/>
              <w:left w:w="90" w:type="dxa"/>
              <w:bottom w:w="75" w:type="dxa"/>
              <w:right w:w="90" w:type="dxa"/>
            </w:tcMar>
            <w:vAlign w:val="center"/>
          </w:tcPr>
          <w:p w14:paraId="7BDC86A3" w14:textId="77777777" w:rsidR="00FA66F4" w:rsidRDefault="0079117A">
            <w:pPr>
              <w:spacing w:before="20" w:after="60" w:line="252" w:lineRule="auto"/>
            </w:pPr>
            <w:r>
              <w:t>3</w:t>
            </w:r>
          </w:p>
        </w:tc>
        <w:tc>
          <w:tcPr>
            <w:tcW w:w="2592" w:type="dxa"/>
            <w:tcMar>
              <w:top w:w="75" w:type="dxa"/>
              <w:left w:w="90" w:type="dxa"/>
              <w:bottom w:w="75" w:type="dxa"/>
              <w:right w:w="90" w:type="dxa"/>
            </w:tcMar>
            <w:vAlign w:val="center"/>
          </w:tcPr>
          <w:p w14:paraId="562621B6" w14:textId="77777777" w:rsidR="00FA66F4" w:rsidRDefault="0079117A">
            <w:pPr>
              <w:spacing w:before="20" w:after="60" w:line="252" w:lineRule="auto"/>
            </w:pPr>
            <w:r>
              <w:t>Correctional Experience</w:t>
            </w:r>
          </w:p>
        </w:tc>
        <w:tc>
          <w:tcPr>
            <w:tcW w:w="2592" w:type="dxa"/>
            <w:tcMar>
              <w:top w:w="75" w:type="dxa"/>
              <w:left w:w="90" w:type="dxa"/>
              <w:bottom w:w="75" w:type="dxa"/>
              <w:right w:w="90" w:type="dxa"/>
            </w:tcMar>
            <w:vAlign w:val="center"/>
          </w:tcPr>
          <w:p w14:paraId="0FE81EC2" w14:textId="77777777" w:rsidR="00FA66F4" w:rsidRDefault="0079117A">
            <w:pPr>
              <w:spacing w:before="20" w:after="60" w:line="252" w:lineRule="auto"/>
            </w:pPr>
            <w:r>
              <w:t>200</w:t>
            </w:r>
          </w:p>
        </w:tc>
        <w:tc>
          <w:tcPr>
            <w:tcW w:w="2592" w:type="dxa"/>
            <w:tcMar>
              <w:top w:w="75" w:type="dxa"/>
              <w:left w:w="90" w:type="dxa"/>
              <w:bottom w:w="75" w:type="dxa"/>
              <w:right w:w="90" w:type="dxa"/>
            </w:tcMar>
            <w:vAlign w:val="center"/>
          </w:tcPr>
          <w:p w14:paraId="56F0B192" w14:textId="485133B0" w:rsidR="00FA66F4" w:rsidRDefault="00F878B9">
            <w:pPr>
              <w:spacing w:before="20" w:after="60" w:line="252" w:lineRule="auto"/>
            </w:pPr>
            <w:r>
              <w:t xml:space="preserve">156 hours (3 hours per week) </w:t>
            </w:r>
            <w:r w:rsidR="0079117A">
              <w:t>as a jail or prison chaplain</w:t>
            </w:r>
          </w:p>
        </w:tc>
      </w:tr>
      <w:tr w:rsidR="00FA66F4" w14:paraId="09E25EA9" w14:textId="77777777">
        <w:trPr>
          <w:jc w:val="center"/>
        </w:trPr>
        <w:tc>
          <w:tcPr>
            <w:tcW w:w="2592" w:type="dxa"/>
            <w:tcMar>
              <w:top w:w="75" w:type="dxa"/>
              <w:left w:w="90" w:type="dxa"/>
              <w:bottom w:w="75" w:type="dxa"/>
              <w:right w:w="90" w:type="dxa"/>
            </w:tcMar>
            <w:vAlign w:val="center"/>
          </w:tcPr>
          <w:p w14:paraId="256BB941" w14:textId="77777777" w:rsidR="00FA66F4" w:rsidRDefault="0079117A">
            <w:pPr>
              <w:spacing w:before="20" w:after="60" w:line="252" w:lineRule="auto"/>
            </w:pPr>
            <w:r>
              <w:t>4</w:t>
            </w:r>
          </w:p>
        </w:tc>
        <w:tc>
          <w:tcPr>
            <w:tcW w:w="2592" w:type="dxa"/>
            <w:tcMar>
              <w:top w:w="75" w:type="dxa"/>
              <w:left w:w="90" w:type="dxa"/>
              <w:bottom w:w="75" w:type="dxa"/>
              <w:right w:w="90" w:type="dxa"/>
            </w:tcMar>
            <w:vAlign w:val="center"/>
          </w:tcPr>
          <w:p w14:paraId="30AEB693" w14:textId="77777777" w:rsidR="00FA66F4" w:rsidRDefault="0079117A">
            <w:pPr>
              <w:spacing w:before="20" w:after="60" w:line="252" w:lineRule="auto"/>
            </w:pPr>
            <w:r>
              <w:t>Ministry &amp; Chaplaincy Experience</w:t>
            </w:r>
          </w:p>
        </w:tc>
        <w:tc>
          <w:tcPr>
            <w:tcW w:w="2592" w:type="dxa"/>
            <w:tcMar>
              <w:top w:w="75" w:type="dxa"/>
              <w:left w:w="90" w:type="dxa"/>
              <w:bottom w:w="75" w:type="dxa"/>
              <w:right w:w="90" w:type="dxa"/>
            </w:tcMar>
            <w:vAlign w:val="center"/>
          </w:tcPr>
          <w:p w14:paraId="399EF594" w14:textId="77777777" w:rsidR="00FA66F4" w:rsidRDefault="0079117A">
            <w:pPr>
              <w:spacing w:before="20" w:after="60" w:line="252" w:lineRule="auto"/>
            </w:pPr>
            <w:r>
              <w:t>100</w:t>
            </w:r>
          </w:p>
        </w:tc>
        <w:tc>
          <w:tcPr>
            <w:tcW w:w="2592" w:type="dxa"/>
            <w:tcMar>
              <w:top w:w="75" w:type="dxa"/>
              <w:left w:w="90" w:type="dxa"/>
              <w:bottom w:w="75" w:type="dxa"/>
              <w:right w:w="90" w:type="dxa"/>
            </w:tcMar>
            <w:vAlign w:val="center"/>
          </w:tcPr>
          <w:p w14:paraId="223FEFE1" w14:textId="77777777" w:rsidR="00FA66F4" w:rsidRDefault="0079117A">
            <w:pPr>
              <w:spacing w:before="20" w:after="60" w:line="252" w:lineRule="auto"/>
            </w:pPr>
            <w:r>
              <w:t>20 points</w:t>
            </w:r>
          </w:p>
        </w:tc>
      </w:tr>
      <w:tr w:rsidR="00FA66F4" w14:paraId="5ED91C69" w14:textId="77777777">
        <w:trPr>
          <w:jc w:val="center"/>
        </w:trPr>
        <w:tc>
          <w:tcPr>
            <w:tcW w:w="2592" w:type="dxa"/>
            <w:tcMar>
              <w:top w:w="75" w:type="dxa"/>
              <w:left w:w="90" w:type="dxa"/>
              <w:bottom w:w="75" w:type="dxa"/>
              <w:right w:w="90" w:type="dxa"/>
            </w:tcMar>
            <w:vAlign w:val="center"/>
          </w:tcPr>
          <w:p w14:paraId="4C563DA7" w14:textId="77777777" w:rsidR="00FA66F4" w:rsidRDefault="0079117A">
            <w:pPr>
              <w:spacing w:before="20" w:after="60" w:line="252" w:lineRule="auto"/>
            </w:pPr>
            <w:r>
              <w:t>5</w:t>
            </w:r>
          </w:p>
        </w:tc>
        <w:tc>
          <w:tcPr>
            <w:tcW w:w="2592" w:type="dxa"/>
            <w:tcMar>
              <w:top w:w="75" w:type="dxa"/>
              <w:left w:w="90" w:type="dxa"/>
              <w:bottom w:w="75" w:type="dxa"/>
              <w:right w:w="90" w:type="dxa"/>
            </w:tcMar>
            <w:vAlign w:val="center"/>
          </w:tcPr>
          <w:p w14:paraId="23881BB7" w14:textId="77777777" w:rsidR="00FA66F4" w:rsidRDefault="0079117A">
            <w:pPr>
              <w:spacing w:before="20" w:after="60" w:line="252" w:lineRule="auto"/>
            </w:pPr>
            <w:r>
              <w:t>Specialized Training &amp; Professional Development</w:t>
            </w:r>
          </w:p>
        </w:tc>
        <w:tc>
          <w:tcPr>
            <w:tcW w:w="2592" w:type="dxa"/>
            <w:tcMar>
              <w:top w:w="75" w:type="dxa"/>
              <w:left w:w="90" w:type="dxa"/>
              <w:bottom w:w="75" w:type="dxa"/>
              <w:right w:w="90" w:type="dxa"/>
            </w:tcMar>
            <w:vAlign w:val="center"/>
          </w:tcPr>
          <w:p w14:paraId="379C1279" w14:textId="77777777" w:rsidR="00FA66F4" w:rsidRDefault="0079117A">
            <w:pPr>
              <w:spacing w:before="20" w:after="60" w:line="252" w:lineRule="auto"/>
            </w:pPr>
            <w:r>
              <w:t>75</w:t>
            </w:r>
          </w:p>
        </w:tc>
        <w:tc>
          <w:tcPr>
            <w:tcW w:w="2592" w:type="dxa"/>
            <w:tcMar>
              <w:top w:w="75" w:type="dxa"/>
              <w:left w:w="90" w:type="dxa"/>
              <w:bottom w:w="75" w:type="dxa"/>
              <w:right w:w="90" w:type="dxa"/>
            </w:tcMar>
            <w:vAlign w:val="center"/>
          </w:tcPr>
          <w:p w14:paraId="797D815F" w14:textId="77777777" w:rsidR="00FA66F4" w:rsidRDefault="0079117A">
            <w:pPr>
              <w:spacing w:before="20" w:after="60" w:line="252" w:lineRule="auto"/>
            </w:pPr>
            <w:r>
              <w:t>25 points</w:t>
            </w:r>
          </w:p>
        </w:tc>
      </w:tr>
      <w:tr w:rsidR="00FA66F4" w14:paraId="419F676C" w14:textId="77777777">
        <w:trPr>
          <w:jc w:val="center"/>
        </w:trPr>
        <w:tc>
          <w:tcPr>
            <w:tcW w:w="2592" w:type="dxa"/>
            <w:tcMar>
              <w:top w:w="75" w:type="dxa"/>
              <w:left w:w="90" w:type="dxa"/>
              <w:bottom w:w="75" w:type="dxa"/>
              <w:right w:w="90" w:type="dxa"/>
            </w:tcMar>
            <w:vAlign w:val="center"/>
          </w:tcPr>
          <w:p w14:paraId="4A23CE92" w14:textId="77777777" w:rsidR="00FA66F4" w:rsidRDefault="0079117A">
            <w:pPr>
              <w:spacing w:before="20" w:after="60" w:line="252" w:lineRule="auto"/>
            </w:pPr>
            <w:r>
              <w:t>6</w:t>
            </w:r>
          </w:p>
        </w:tc>
        <w:tc>
          <w:tcPr>
            <w:tcW w:w="2592" w:type="dxa"/>
            <w:tcMar>
              <w:top w:w="75" w:type="dxa"/>
              <w:left w:w="90" w:type="dxa"/>
              <w:bottom w:w="75" w:type="dxa"/>
              <w:right w:w="90" w:type="dxa"/>
            </w:tcMar>
            <w:vAlign w:val="center"/>
          </w:tcPr>
          <w:p w14:paraId="5AB89C7E" w14:textId="77777777" w:rsidR="00FA66F4" w:rsidRDefault="0079117A">
            <w:pPr>
              <w:spacing w:before="20" w:after="60" w:line="252" w:lineRule="auto"/>
            </w:pPr>
            <w:r>
              <w:t>Professional Contributions &amp; Leadership</w:t>
            </w:r>
          </w:p>
        </w:tc>
        <w:tc>
          <w:tcPr>
            <w:tcW w:w="2592" w:type="dxa"/>
            <w:tcMar>
              <w:top w:w="75" w:type="dxa"/>
              <w:left w:w="90" w:type="dxa"/>
              <w:bottom w:w="75" w:type="dxa"/>
              <w:right w:w="90" w:type="dxa"/>
            </w:tcMar>
            <w:vAlign w:val="center"/>
          </w:tcPr>
          <w:p w14:paraId="7758655D" w14:textId="77777777" w:rsidR="00FA66F4" w:rsidRDefault="0079117A">
            <w:pPr>
              <w:spacing w:before="20" w:after="60" w:line="252" w:lineRule="auto"/>
            </w:pPr>
            <w:r>
              <w:t>50</w:t>
            </w:r>
          </w:p>
        </w:tc>
        <w:tc>
          <w:tcPr>
            <w:tcW w:w="2592" w:type="dxa"/>
            <w:tcMar>
              <w:top w:w="75" w:type="dxa"/>
              <w:left w:w="90" w:type="dxa"/>
              <w:bottom w:w="75" w:type="dxa"/>
              <w:right w:w="90" w:type="dxa"/>
            </w:tcMar>
            <w:vAlign w:val="center"/>
          </w:tcPr>
          <w:p w14:paraId="15358797" w14:textId="77777777" w:rsidR="00FA66F4" w:rsidRDefault="0079117A">
            <w:pPr>
              <w:spacing w:before="20" w:after="60" w:line="252" w:lineRule="auto"/>
            </w:pPr>
            <w:r>
              <w:t>25 points</w:t>
            </w:r>
          </w:p>
        </w:tc>
      </w:tr>
      <w:tr w:rsidR="00FA66F4" w14:paraId="13D3DC98" w14:textId="77777777">
        <w:trPr>
          <w:jc w:val="center"/>
        </w:trPr>
        <w:tc>
          <w:tcPr>
            <w:tcW w:w="2592" w:type="dxa"/>
            <w:shd w:val="clear" w:color="auto" w:fill="E7E6E6"/>
            <w:tcMar>
              <w:top w:w="75" w:type="dxa"/>
              <w:left w:w="90" w:type="dxa"/>
              <w:bottom w:w="75" w:type="dxa"/>
              <w:right w:w="90" w:type="dxa"/>
            </w:tcMar>
            <w:vAlign w:val="center"/>
          </w:tcPr>
          <w:p w14:paraId="1B4F8396" w14:textId="77777777" w:rsidR="00FA66F4" w:rsidRDefault="00FA66F4">
            <w:pPr>
              <w:spacing w:before="20" w:after="60" w:line="252" w:lineRule="auto"/>
            </w:pPr>
          </w:p>
        </w:tc>
        <w:tc>
          <w:tcPr>
            <w:tcW w:w="2592" w:type="dxa"/>
            <w:shd w:val="clear" w:color="auto" w:fill="E7E6E6"/>
            <w:tcMar>
              <w:top w:w="75" w:type="dxa"/>
              <w:left w:w="90" w:type="dxa"/>
              <w:bottom w:w="75" w:type="dxa"/>
              <w:right w:w="90" w:type="dxa"/>
            </w:tcMar>
            <w:vAlign w:val="center"/>
          </w:tcPr>
          <w:p w14:paraId="5477D3CE" w14:textId="77777777" w:rsidR="00FA66F4" w:rsidRDefault="0079117A">
            <w:pPr>
              <w:spacing w:before="20" w:after="60" w:line="252" w:lineRule="auto"/>
            </w:pPr>
            <w:r>
              <w:rPr>
                <w:b/>
              </w:rPr>
              <w:t>TOTAL POSSIBLE</w:t>
            </w:r>
          </w:p>
        </w:tc>
        <w:tc>
          <w:tcPr>
            <w:tcW w:w="2592" w:type="dxa"/>
            <w:shd w:val="clear" w:color="auto" w:fill="E7E6E6"/>
            <w:tcMar>
              <w:top w:w="75" w:type="dxa"/>
              <w:left w:w="90" w:type="dxa"/>
              <w:bottom w:w="75" w:type="dxa"/>
              <w:right w:w="90" w:type="dxa"/>
            </w:tcMar>
            <w:vAlign w:val="center"/>
          </w:tcPr>
          <w:p w14:paraId="14055629" w14:textId="77777777" w:rsidR="00FA66F4" w:rsidRDefault="0079117A">
            <w:pPr>
              <w:spacing w:before="20" w:after="60" w:line="252" w:lineRule="auto"/>
            </w:pPr>
            <w:r>
              <w:rPr>
                <w:b/>
              </w:rPr>
              <w:t>700</w:t>
            </w:r>
          </w:p>
        </w:tc>
        <w:tc>
          <w:tcPr>
            <w:tcW w:w="2592" w:type="dxa"/>
            <w:shd w:val="clear" w:color="auto" w:fill="E7E6E6"/>
            <w:tcMar>
              <w:top w:w="75" w:type="dxa"/>
              <w:left w:w="90" w:type="dxa"/>
              <w:bottom w:w="75" w:type="dxa"/>
              <w:right w:w="90" w:type="dxa"/>
            </w:tcMar>
            <w:vAlign w:val="center"/>
          </w:tcPr>
          <w:p w14:paraId="2BC731F2" w14:textId="77777777" w:rsidR="00FA66F4" w:rsidRDefault="00FA66F4">
            <w:pPr>
              <w:spacing w:before="20" w:after="60" w:line="252" w:lineRule="auto"/>
            </w:pPr>
          </w:p>
        </w:tc>
      </w:tr>
    </w:tbl>
    <w:p w14:paraId="41C2783A" w14:textId="77777777" w:rsidR="00FA66F4" w:rsidRDefault="00FA66F4">
      <w:pPr>
        <w:spacing w:after="40"/>
      </w:pPr>
    </w:p>
    <w:p w14:paraId="5C8B2E12" w14:textId="77777777" w:rsidR="00FA66F4" w:rsidRDefault="0079117A">
      <w:r>
        <w:rPr>
          <w:b/>
        </w:rPr>
        <w:t xml:space="preserve">Proposed Eligibility Threshold: </w:t>
      </w:r>
      <w:r>
        <w:t>350 points out of a possible 700 points, while independently satisfying every stated minimum requirement.</w:t>
      </w:r>
    </w:p>
    <w:p w14:paraId="411DD527" w14:textId="77777777" w:rsidR="006C5C4E" w:rsidRDefault="006C5C4E">
      <w:pPr>
        <w:spacing w:before="200" w:after="140"/>
        <w:rPr>
          <w:i/>
          <w:sz w:val="18"/>
        </w:rPr>
      </w:pPr>
    </w:p>
    <w:p w14:paraId="7FAB9C85" w14:textId="0A3C29D7" w:rsidR="00FA66F4" w:rsidRDefault="0079117A">
      <w:pPr>
        <w:spacing w:before="200" w:after="140"/>
      </w:pPr>
      <w:r>
        <w:rPr>
          <w:b/>
        </w:rPr>
        <w:t>INSTRUCTIONS</w:t>
      </w:r>
    </w:p>
    <w:p w14:paraId="75A0A05C" w14:textId="77777777" w:rsidR="00FA66F4" w:rsidRDefault="0079117A">
      <w:r>
        <w:rPr>
          <w:b/>
        </w:rPr>
        <w:t>STEP 1: Preparation</w:t>
      </w:r>
      <w:r>
        <w:br/>
        <w:t>Read the CJC Program Handbook before completing this application.</w:t>
      </w:r>
    </w:p>
    <w:p w14:paraId="2E34E7FA" w14:textId="77777777" w:rsidR="00FA66F4" w:rsidRDefault="0079117A">
      <w:pPr>
        <w:spacing w:after="140" w:line="269" w:lineRule="auto"/>
      </w:pPr>
      <w:r>
        <w:rPr>
          <w:b/>
        </w:rPr>
        <w:t>STEP 2: Complete the Application</w:t>
      </w:r>
      <w:r>
        <w:br/>
        <w:t xml:space="preserve">Complete all applicable sections of the CJC Application/EBF. Required </w:t>
      </w:r>
      <w:proofErr w:type="gramStart"/>
      <w:r>
        <w:t>supporting</w:t>
      </w:r>
      <w:proofErr w:type="gramEnd"/>
      <w:r>
        <w:t xml:space="preserve"> documentation must be included for points to be awarded. Make additional copies of individual pages if necessary.</w:t>
      </w:r>
    </w:p>
    <w:p w14:paraId="3EB433B8" w14:textId="77777777" w:rsidR="00FA66F4" w:rsidRDefault="0079117A">
      <w:r>
        <w:rPr>
          <w:b/>
        </w:rPr>
        <w:t>STEP 3: Submit as One PDF</w:t>
      </w:r>
      <w:r>
        <w:br/>
        <w:t xml:space="preserve">Scan the completed application and supporting documentation into ONE (1) PDF for upload. Keep a copy </w:t>
      </w:r>
      <w:proofErr w:type="gramStart"/>
      <w:r>
        <w:t>for</w:t>
      </w:r>
      <w:proofErr w:type="gramEnd"/>
      <w:r>
        <w:t xml:space="preserve"> your records.</w:t>
      </w:r>
    </w:p>
    <w:p w14:paraId="2230E1C7" w14:textId="77777777" w:rsidR="00FA66F4" w:rsidRDefault="0079117A">
      <w:r>
        <w:rPr>
          <w:b/>
        </w:rPr>
        <w:t>STEP 4: JMCC Review</w:t>
      </w:r>
      <w:r>
        <w:br/>
        <w:t>The Jail Manager Certification Commission (JMCC) will review the application and supporting documentation to determine eligibility.</w:t>
      </w:r>
    </w:p>
    <w:p w14:paraId="48525128" w14:textId="77777777" w:rsidR="00FA66F4" w:rsidRDefault="0079117A">
      <w:r>
        <w:rPr>
          <w:b/>
        </w:rPr>
        <w:t>STEP 5: Examination</w:t>
      </w:r>
      <w:r>
        <w:br/>
        <w:t>Candidates approved by the JMCC will receive examination instructions.</w:t>
      </w:r>
    </w:p>
    <w:p w14:paraId="19003869" w14:textId="77777777" w:rsidR="00FA66F4" w:rsidRDefault="0079117A">
      <w:pPr>
        <w:spacing w:after="40"/>
      </w:pPr>
      <w:r>
        <w:br w:type="page"/>
      </w:r>
    </w:p>
    <w:p w14:paraId="3880D58F" w14:textId="77777777" w:rsidR="00FA66F4" w:rsidRDefault="0079117A">
      <w:pPr>
        <w:jc w:val="center"/>
      </w:pPr>
      <w:r>
        <w:rPr>
          <w:b/>
          <w:sz w:val="32"/>
        </w:rPr>
        <w:lastRenderedPageBreak/>
        <w:t>American Jail Association</w:t>
      </w:r>
    </w:p>
    <w:p w14:paraId="418D9861" w14:textId="652A9FD4" w:rsidR="00FA66F4" w:rsidRDefault="0079117A">
      <w:pPr>
        <w:jc w:val="center"/>
        <w:rPr>
          <w:b/>
          <w:sz w:val="24"/>
        </w:rPr>
      </w:pPr>
      <w:r>
        <w:rPr>
          <w:b/>
          <w:sz w:val="24"/>
        </w:rPr>
        <w:t xml:space="preserve">JAIL </w:t>
      </w:r>
      <w:r w:rsidR="003A6EF2">
        <w:rPr>
          <w:b/>
          <w:sz w:val="24"/>
        </w:rPr>
        <w:t>CHAPLAIN</w:t>
      </w:r>
      <w:r>
        <w:rPr>
          <w:b/>
          <w:sz w:val="24"/>
        </w:rPr>
        <w:t xml:space="preserve"> CERTIFICATION COMMISSION</w:t>
      </w:r>
      <w:r>
        <w:rPr>
          <w:b/>
          <w:sz w:val="24"/>
        </w:rPr>
        <w:br/>
        <w:t>Certified Jail Chaplain Application/EBF</w:t>
      </w:r>
    </w:p>
    <w:p w14:paraId="2B9CAD66" w14:textId="77777777" w:rsidR="003A6EF2" w:rsidRDefault="003A6EF2">
      <w:pPr>
        <w:jc w:val="center"/>
        <w:rPr>
          <w:b/>
          <w:sz w:val="24"/>
        </w:rPr>
      </w:pPr>
    </w:p>
    <w:p w14:paraId="1DC5F6A7" w14:textId="77777777" w:rsidR="003A6EF2" w:rsidRDefault="003A6EF2">
      <w:pPr>
        <w:jc w:val="center"/>
      </w:pPr>
    </w:p>
    <w:p w14:paraId="701B9B60" w14:textId="090224E8" w:rsidR="00FA66F4" w:rsidRDefault="006C5C4E" w:rsidP="006C5C4E">
      <w:pPr>
        <w:spacing w:before="40" w:line="600" w:lineRule="auto"/>
      </w:pPr>
      <w:r>
        <w:rPr>
          <w:b/>
        </w:rPr>
        <w:t>Type or Print Clearly</w:t>
      </w:r>
      <w:r>
        <w:rPr>
          <w:b/>
        </w:rPr>
        <w:tab/>
      </w:r>
      <w:r>
        <w:rPr>
          <w:b/>
        </w:rPr>
        <w:tab/>
      </w:r>
      <w:r>
        <w:rPr>
          <w:b/>
        </w:rPr>
        <w:tab/>
      </w:r>
      <w:r>
        <w:rPr>
          <w:b/>
        </w:rPr>
        <w:tab/>
      </w:r>
      <w:r>
        <w:rPr>
          <w:b/>
        </w:rPr>
        <w:tab/>
      </w:r>
      <w:r>
        <w:rPr>
          <w:b/>
        </w:rPr>
        <w:tab/>
      </w:r>
      <w:r>
        <w:rPr>
          <w:b/>
        </w:rPr>
        <w:tab/>
        <w:t xml:space="preserve">   </w:t>
      </w:r>
      <w:r w:rsidR="0079117A">
        <w:rPr>
          <w:b/>
        </w:rPr>
        <w:t xml:space="preserve">Date: </w:t>
      </w:r>
      <w:r w:rsidR="0079117A">
        <w:t>_________________________</w:t>
      </w:r>
      <w:r>
        <w:t>_</w:t>
      </w:r>
    </w:p>
    <w:p w14:paraId="24B907F5" w14:textId="6F327E40" w:rsidR="006C5C4E" w:rsidRPr="006C5C4E" w:rsidRDefault="0079117A" w:rsidP="006C5C4E">
      <w:pPr>
        <w:spacing w:after="0" w:line="240" w:lineRule="auto"/>
      </w:pPr>
      <w:r>
        <w:rPr>
          <w:b/>
        </w:rPr>
        <w:t xml:space="preserve">Name: </w:t>
      </w:r>
      <w:r>
        <w:t>__________________________________________</w:t>
      </w:r>
      <w:r w:rsidR="006C5C4E">
        <w:t>___</w:t>
      </w:r>
      <w:r>
        <w:t>_</w:t>
      </w:r>
      <w:r w:rsidR="006C5C4E">
        <w:t xml:space="preserve"> </w:t>
      </w:r>
      <w:r w:rsidR="006C5C4E">
        <w:rPr>
          <w:b/>
        </w:rPr>
        <w:t xml:space="preserve">AJA Member ID #: </w:t>
      </w:r>
      <w:r w:rsidR="006C5C4E">
        <w:t>____________________</w:t>
      </w:r>
      <w:r w:rsidR="006C5C4E">
        <w:br/>
      </w:r>
      <w:r w:rsidR="006C5C4E">
        <w:rPr>
          <w:bCs/>
          <w:i/>
          <w:iCs/>
        </w:rPr>
        <w:t xml:space="preserve">               </w:t>
      </w:r>
      <w:proofErr w:type="gramStart"/>
      <w:r w:rsidR="006C5C4E">
        <w:rPr>
          <w:bCs/>
          <w:i/>
          <w:iCs/>
        </w:rPr>
        <w:t xml:space="preserve">  </w:t>
      </w:r>
      <w:r w:rsidR="006C5C4E" w:rsidRPr="006C5C4E">
        <w:rPr>
          <w:bCs/>
          <w:i/>
          <w:iCs/>
          <w:sz w:val="18"/>
          <w:szCs w:val="18"/>
        </w:rPr>
        <w:t xml:space="preserve"> (</w:t>
      </w:r>
      <w:proofErr w:type="gramEnd"/>
      <w:r w:rsidR="006C5C4E" w:rsidRPr="006C5C4E">
        <w:rPr>
          <w:bCs/>
          <w:i/>
          <w:iCs/>
          <w:sz w:val="18"/>
          <w:szCs w:val="18"/>
        </w:rPr>
        <w:t xml:space="preserve">Print your name as it should appear on </w:t>
      </w:r>
      <w:proofErr w:type="gramStart"/>
      <w:r w:rsidR="006C5C4E" w:rsidRPr="006C5C4E">
        <w:rPr>
          <w:bCs/>
          <w:i/>
          <w:iCs/>
          <w:sz w:val="18"/>
          <w:szCs w:val="18"/>
        </w:rPr>
        <w:t>certificate)</w:t>
      </w:r>
      <w:r w:rsidR="006C5C4E">
        <w:rPr>
          <w:bCs/>
          <w:i/>
          <w:iCs/>
          <w:sz w:val="18"/>
          <w:szCs w:val="18"/>
        </w:rPr>
        <w:t xml:space="preserve">   </w:t>
      </w:r>
      <w:proofErr w:type="gramEnd"/>
      <w:r w:rsidR="006C5C4E">
        <w:rPr>
          <w:bCs/>
          <w:i/>
          <w:iCs/>
          <w:sz w:val="18"/>
          <w:szCs w:val="18"/>
        </w:rPr>
        <w:t xml:space="preserve">                                                           Membership not required</w:t>
      </w:r>
    </w:p>
    <w:p w14:paraId="6691E39E" w14:textId="74EA1727" w:rsidR="00FA66F4" w:rsidRDefault="0079117A" w:rsidP="006C5C4E">
      <w:pPr>
        <w:spacing w:before="240" w:line="600" w:lineRule="auto"/>
      </w:pPr>
      <w:r>
        <w:rPr>
          <w:b/>
        </w:rPr>
        <w:t xml:space="preserve">Title: </w:t>
      </w:r>
      <w:r>
        <w:t>____________________________________________________________</w:t>
      </w:r>
      <w:r w:rsidR="006C5C4E">
        <w:t>_______________________</w:t>
      </w:r>
    </w:p>
    <w:p w14:paraId="05D60728" w14:textId="0EDA7505" w:rsidR="00FA66F4" w:rsidRDefault="0079117A" w:rsidP="006C5C4E">
      <w:pPr>
        <w:spacing w:before="40" w:line="600" w:lineRule="auto"/>
      </w:pPr>
      <w:r>
        <w:rPr>
          <w:b/>
        </w:rPr>
        <w:t xml:space="preserve">Agency / Organization: </w:t>
      </w:r>
      <w:r>
        <w:t>_________________________________________________</w:t>
      </w:r>
      <w:r w:rsidR="006C5C4E">
        <w:t>_______________</w:t>
      </w:r>
      <w:r w:rsidR="003A6EF2">
        <w:t>___</w:t>
      </w:r>
      <w:r>
        <w:t>_</w:t>
      </w:r>
    </w:p>
    <w:p w14:paraId="7EDD4C70" w14:textId="049B94A2" w:rsidR="00FA66F4" w:rsidRDefault="0079117A" w:rsidP="006C5C4E">
      <w:pPr>
        <w:spacing w:before="40" w:line="600" w:lineRule="auto"/>
      </w:pPr>
      <w:r>
        <w:rPr>
          <w:b/>
        </w:rPr>
        <w:t xml:space="preserve">Agency Address: </w:t>
      </w:r>
      <w:r>
        <w:t>_________________________________________________</w:t>
      </w:r>
      <w:r w:rsidR="006C5C4E">
        <w:t>__________________</w:t>
      </w:r>
      <w:r w:rsidR="003A6EF2">
        <w:t>___</w:t>
      </w:r>
      <w:r w:rsidR="006C5C4E">
        <w:t>__</w:t>
      </w:r>
      <w:r>
        <w:t>_</w:t>
      </w:r>
    </w:p>
    <w:p w14:paraId="0ACA6CC3" w14:textId="613E7303" w:rsidR="00FA66F4" w:rsidRDefault="0079117A" w:rsidP="006C5C4E">
      <w:pPr>
        <w:spacing w:before="40" w:line="600" w:lineRule="auto"/>
      </w:pPr>
      <w:r>
        <w:rPr>
          <w:b/>
        </w:rPr>
        <w:t>City</w:t>
      </w:r>
      <w:proofErr w:type="gramStart"/>
      <w:r>
        <w:rPr>
          <w:b/>
        </w:rPr>
        <w:t>:</w:t>
      </w:r>
      <w:r w:rsidR="003A6EF2">
        <w:rPr>
          <w:b/>
        </w:rPr>
        <w:t xml:space="preserve"> </w:t>
      </w:r>
      <w:r>
        <w:rPr>
          <w:b/>
        </w:rPr>
        <w:t xml:space="preserve"> </w:t>
      </w:r>
      <w:r>
        <w:t>_</w:t>
      </w:r>
      <w:proofErr w:type="gramEnd"/>
      <w:r>
        <w:t>___________________</w:t>
      </w:r>
      <w:r w:rsidR="006C5C4E">
        <w:t>________________</w:t>
      </w:r>
      <w:r w:rsidR="003A6EF2">
        <w:t>_____</w:t>
      </w:r>
      <w:r w:rsidR="006C5C4E">
        <w:t>_</w:t>
      </w:r>
      <w:r w:rsidR="003A6EF2">
        <w:t>__</w:t>
      </w:r>
      <w:r w:rsidR="006C5C4E">
        <w:t xml:space="preserve">     </w:t>
      </w:r>
      <w:r w:rsidR="006C5C4E">
        <w:rPr>
          <w:b/>
        </w:rPr>
        <w:t>State</w:t>
      </w:r>
      <w:proofErr w:type="gramStart"/>
      <w:r w:rsidR="003A6EF2">
        <w:rPr>
          <w:b/>
        </w:rPr>
        <w:t xml:space="preserve">:  </w:t>
      </w:r>
      <w:r w:rsidR="006C5C4E">
        <w:rPr>
          <w:b/>
        </w:rPr>
        <w:t>_</w:t>
      </w:r>
      <w:proofErr w:type="gramEnd"/>
      <w:r w:rsidR="006C5C4E">
        <w:rPr>
          <w:b/>
        </w:rPr>
        <w:t>_</w:t>
      </w:r>
      <w:r w:rsidR="003A6EF2">
        <w:rPr>
          <w:b/>
        </w:rPr>
        <w:t>__</w:t>
      </w:r>
      <w:r w:rsidR="006C5C4E">
        <w:rPr>
          <w:b/>
        </w:rPr>
        <w:t>_____</w:t>
      </w:r>
      <w:proofErr w:type="gramStart"/>
      <w:r w:rsidR="006C5C4E">
        <w:rPr>
          <w:b/>
        </w:rPr>
        <w:t xml:space="preserve">_    </w:t>
      </w:r>
      <w:proofErr w:type="gramEnd"/>
      <w:r w:rsidR="006C5C4E">
        <w:rPr>
          <w:b/>
        </w:rPr>
        <w:t xml:space="preserve"> Zip</w:t>
      </w:r>
      <w:r w:rsidR="003A6EF2">
        <w:rPr>
          <w:b/>
        </w:rPr>
        <w:t xml:space="preserve">:  </w:t>
      </w:r>
      <w:r w:rsidR="006C5C4E">
        <w:rPr>
          <w:b/>
        </w:rPr>
        <w:t>______________</w:t>
      </w:r>
    </w:p>
    <w:p w14:paraId="12BB22ED" w14:textId="534CEFBF" w:rsidR="00FA66F4" w:rsidRDefault="0079117A" w:rsidP="006C5C4E">
      <w:pPr>
        <w:spacing w:before="40" w:line="600" w:lineRule="auto"/>
      </w:pPr>
      <w:r>
        <w:rPr>
          <w:b/>
        </w:rPr>
        <w:t xml:space="preserve">Office Telephone: </w:t>
      </w:r>
      <w:r>
        <w:t>______________________________</w:t>
      </w:r>
      <w:r w:rsidR="003A6EF2">
        <w:t xml:space="preserve">    </w:t>
      </w:r>
      <w:r w:rsidR="006C5C4E">
        <w:rPr>
          <w:b/>
        </w:rPr>
        <w:t>Cell Number: _____________________________</w:t>
      </w:r>
    </w:p>
    <w:p w14:paraId="30378669" w14:textId="47304F36" w:rsidR="00FA66F4" w:rsidRDefault="0079117A" w:rsidP="006C5C4E">
      <w:pPr>
        <w:spacing w:before="40" w:line="600" w:lineRule="auto"/>
      </w:pPr>
      <w:r>
        <w:rPr>
          <w:b/>
        </w:rPr>
        <w:t xml:space="preserve">Email: </w:t>
      </w:r>
      <w:r>
        <w:t>_______________________________________________________</w:t>
      </w:r>
      <w:r w:rsidR="006C5C4E">
        <w:t>___________________________</w:t>
      </w:r>
    </w:p>
    <w:p w14:paraId="5D2C3958" w14:textId="1EAA81A1" w:rsidR="00FA66F4" w:rsidRDefault="0079117A" w:rsidP="006C5C4E">
      <w:pPr>
        <w:spacing w:before="40" w:line="600" w:lineRule="auto"/>
      </w:pPr>
      <w:r>
        <w:rPr>
          <w:b/>
        </w:rPr>
        <w:t xml:space="preserve">Home Address: </w:t>
      </w:r>
      <w:r>
        <w:t>____________________________________________________</w:t>
      </w:r>
      <w:r w:rsidR="003A6EF2">
        <w:t>______________________</w:t>
      </w:r>
    </w:p>
    <w:p w14:paraId="45DE6FDD" w14:textId="77777777" w:rsidR="003A6EF2" w:rsidRDefault="003A6EF2" w:rsidP="003A6EF2">
      <w:pPr>
        <w:spacing w:before="40" w:line="600" w:lineRule="auto"/>
      </w:pPr>
      <w:r>
        <w:rPr>
          <w:b/>
        </w:rPr>
        <w:t>City</w:t>
      </w:r>
      <w:proofErr w:type="gramStart"/>
      <w:r>
        <w:rPr>
          <w:b/>
        </w:rPr>
        <w:t xml:space="preserve">:  </w:t>
      </w:r>
      <w:r>
        <w:t>_</w:t>
      </w:r>
      <w:proofErr w:type="gramEnd"/>
      <w:r>
        <w:t xml:space="preserve">___________________________________________     </w:t>
      </w:r>
      <w:r>
        <w:rPr>
          <w:b/>
        </w:rPr>
        <w:t>State</w:t>
      </w:r>
      <w:proofErr w:type="gramStart"/>
      <w:r>
        <w:rPr>
          <w:b/>
        </w:rPr>
        <w:t>:  _</w:t>
      </w:r>
      <w:proofErr w:type="gramEnd"/>
      <w:r>
        <w:rPr>
          <w:b/>
        </w:rPr>
        <w:t>________</w:t>
      </w:r>
      <w:proofErr w:type="gramStart"/>
      <w:r>
        <w:rPr>
          <w:b/>
        </w:rPr>
        <w:t xml:space="preserve">_    </w:t>
      </w:r>
      <w:proofErr w:type="gramEnd"/>
      <w:r>
        <w:rPr>
          <w:b/>
        </w:rPr>
        <w:t xml:space="preserve"> Zip:  ______________</w:t>
      </w:r>
    </w:p>
    <w:p w14:paraId="4186F2BB" w14:textId="390A18FD" w:rsidR="00FA66F4" w:rsidRDefault="0079117A" w:rsidP="006C5C4E">
      <w:pPr>
        <w:spacing w:before="40" w:line="600" w:lineRule="auto"/>
      </w:pPr>
      <w:r>
        <w:rPr>
          <w:b/>
        </w:rPr>
        <w:t xml:space="preserve">Personal Email: </w:t>
      </w:r>
      <w:r>
        <w:t>__________________________________________________</w:t>
      </w:r>
      <w:r w:rsidR="003A6EF2">
        <w:t>________________________</w:t>
      </w:r>
    </w:p>
    <w:p w14:paraId="711ABD08" w14:textId="3D4C9EDC" w:rsidR="00FA66F4" w:rsidRDefault="0079117A" w:rsidP="006C5C4E">
      <w:pPr>
        <w:spacing w:before="40" w:line="600" w:lineRule="auto"/>
      </w:pPr>
      <w:r>
        <w:rPr>
          <w:b/>
        </w:rPr>
        <w:t xml:space="preserve">Current Chaplain Status / Position: </w:t>
      </w:r>
      <w:r>
        <w:t>_____________________________________________</w:t>
      </w:r>
      <w:r w:rsidR="003A6EF2">
        <w:t>_____________</w:t>
      </w:r>
    </w:p>
    <w:p w14:paraId="29D2D897" w14:textId="29D71FE3" w:rsidR="00FA66F4" w:rsidRDefault="0079117A" w:rsidP="006C5C4E">
      <w:pPr>
        <w:spacing w:before="60" w:after="120" w:line="600" w:lineRule="auto"/>
      </w:pPr>
      <w:r>
        <w:rPr>
          <w:b/>
        </w:rPr>
        <w:t xml:space="preserve">Current service type: </w:t>
      </w:r>
      <w:proofErr w:type="gramStart"/>
      <w:r>
        <w:t>[ ]</w:t>
      </w:r>
      <w:proofErr w:type="gramEnd"/>
      <w:r>
        <w:t xml:space="preserve"> Paid Staff</w:t>
      </w:r>
      <w:proofErr w:type="gramStart"/>
      <w:r>
        <w:t xml:space="preserve">   [</w:t>
      </w:r>
      <w:proofErr w:type="gramEnd"/>
      <w:r>
        <w:t xml:space="preserve"> ] Contract</w:t>
      </w:r>
      <w:proofErr w:type="gramStart"/>
      <w:r>
        <w:t xml:space="preserve">   [</w:t>
      </w:r>
      <w:proofErr w:type="gramEnd"/>
      <w:r>
        <w:t xml:space="preserve"> ] Volunteer</w:t>
      </w:r>
      <w:proofErr w:type="gramStart"/>
      <w:r>
        <w:t xml:space="preserve">   [</w:t>
      </w:r>
      <w:proofErr w:type="gramEnd"/>
      <w:r>
        <w:t xml:space="preserve"> ] Other: __________________________</w:t>
      </w:r>
      <w:r w:rsidR="003A6EF2">
        <w:t>____</w:t>
      </w:r>
    </w:p>
    <w:p w14:paraId="18CBD5ED" w14:textId="720D81ED" w:rsidR="00FA66F4" w:rsidRDefault="0079117A" w:rsidP="006C5C4E">
      <w:pPr>
        <w:spacing w:before="40" w:line="600" w:lineRule="auto"/>
      </w:pPr>
      <w:r>
        <w:rPr>
          <w:b/>
        </w:rPr>
        <w:t xml:space="preserve">Current correctional facility / institution: </w:t>
      </w:r>
      <w:r>
        <w:t>__________________________________________</w:t>
      </w:r>
      <w:r w:rsidR="003A6EF2">
        <w:t>____________</w:t>
      </w:r>
    </w:p>
    <w:p w14:paraId="5EDA99FF" w14:textId="3F121BD6" w:rsidR="00FA66F4" w:rsidRDefault="0079117A" w:rsidP="006C5C4E">
      <w:pPr>
        <w:spacing w:before="40" w:line="600" w:lineRule="auto"/>
      </w:pPr>
      <w:r>
        <w:rPr>
          <w:b/>
        </w:rPr>
        <w:t xml:space="preserve">Facility type (jail/prison/other): </w:t>
      </w:r>
      <w:r>
        <w:t>_____________________________________________</w:t>
      </w:r>
      <w:r w:rsidR="003A6EF2">
        <w:t>_________________</w:t>
      </w:r>
    </w:p>
    <w:p w14:paraId="0352AE9F" w14:textId="77777777" w:rsidR="00FA66F4" w:rsidRDefault="0079117A">
      <w:pPr>
        <w:spacing w:after="40"/>
      </w:pPr>
      <w:r>
        <w:br w:type="page"/>
      </w:r>
    </w:p>
    <w:p w14:paraId="1601BB38" w14:textId="77777777" w:rsidR="00FA66F4" w:rsidRDefault="0079117A">
      <w:pPr>
        <w:spacing w:before="200" w:after="140"/>
        <w:jc w:val="center"/>
      </w:pPr>
      <w:r>
        <w:rPr>
          <w:b/>
          <w:sz w:val="32"/>
        </w:rPr>
        <w:lastRenderedPageBreak/>
        <w:t>Section 1</w:t>
      </w:r>
    </w:p>
    <w:p w14:paraId="5B780253" w14:textId="77777777" w:rsidR="00FA66F4" w:rsidRDefault="0079117A">
      <w:pPr>
        <w:jc w:val="center"/>
      </w:pPr>
      <w:r>
        <w:rPr>
          <w:b/>
          <w:sz w:val="24"/>
        </w:rPr>
        <w:t>Theological &amp; Academic Education</w:t>
      </w:r>
    </w:p>
    <w:p w14:paraId="2B75F158" w14:textId="77777777" w:rsidR="003A6EF2" w:rsidRDefault="003A6EF2">
      <w:pPr>
        <w:rPr>
          <w:b/>
        </w:rPr>
      </w:pPr>
    </w:p>
    <w:p w14:paraId="25FE16BA" w14:textId="5E38287B" w:rsidR="00FA66F4" w:rsidRDefault="0079117A">
      <w:r>
        <w:rPr>
          <w:b/>
        </w:rPr>
        <w:t>Maximum allowable points: 125</w:t>
      </w:r>
    </w:p>
    <w:p w14:paraId="4EBB6032" w14:textId="77777777" w:rsidR="003A6EF2" w:rsidRDefault="003A6EF2">
      <w:pPr>
        <w:spacing w:after="140" w:line="269" w:lineRule="auto"/>
      </w:pPr>
    </w:p>
    <w:p w14:paraId="1FBA989E" w14:textId="66B87DB4" w:rsidR="00FA66F4" w:rsidRDefault="0079117A">
      <w:pPr>
        <w:spacing w:after="140" w:line="269" w:lineRule="auto"/>
      </w:pPr>
      <w:r>
        <w:t>Points are awarded for the highest qualifying level of education attained and are not cumulative. Education should be relevant to theology, divinity, ministry, religious studies, pastoral care, chaplaincy, counseling, psychology, social work, criminal justice, or another field determined by the JMCC to be relevant.</w:t>
      </w:r>
    </w:p>
    <w:p w14:paraId="05B7F799" w14:textId="77777777" w:rsidR="003A6EF2" w:rsidRDefault="003A6EF2">
      <w:pPr>
        <w:spacing w:after="140" w:line="269" w:lineRule="auto"/>
      </w:pPr>
    </w:p>
    <w:tbl>
      <w:tblPr>
        <w:tblW w:w="0" w:type="auto"/>
        <w:jc w:val="center"/>
        <w:tblLook w:val="04A0" w:firstRow="1" w:lastRow="0" w:firstColumn="1" w:lastColumn="0" w:noHBand="0" w:noVBand="1"/>
      </w:tblPr>
      <w:tblGrid>
        <w:gridCol w:w="10368"/>
      </w:tblGrid>
      <w:tr w:rsidR="00FA66F4" w14:paraId="72221240" w14:textId="77777777">
        <w:trPr>
          <w:jc w:val="center"/>
        </w:trPr>
        <w:tc>
          <w:tcPr>
            <w:tcW w:w="10368" w:type="dxa"/>
            <w:shd w:val="clear" w:color="auto" w:fill="F2F2F2"/>
            <w:tcMar>
              <w:top w:w="75" w:type="dxa"/>
              <w:left w:w="90" w:type="dxa"/>
              <w:bottom w:w="75" w:type="dxa"/>
              <w:right w:w="90" w:type="dxa"/>
            </w:tcMar>
            <w:vAlign w:val="center"/>
          </w:tcPr>
          <w:p w14:paraId="547D9DF8" w14:textId="77777777" w:rsidR="00FA66F4" w:rsidRDefault="0079117A">
            <w:pPr>
              <w:spacing w:before="20" w:after="60" w:line="252" w:lineRule="auto"/>
            </w:pPr>
            <w:r>
              <w:rPr>
                <w:b/>
              </w:rPr>
              <w:t xml:space="preserve">Required Documentation: </w:t>
            </w:r>
            <w:r>
              <w:t>Attach an official transcript or other acceptable documentation verifying the degree or qualifying academic work.</w:t>
            </w:r>
          </w:p>
        </w:tc>
      </w:tr>
    </w:tbl>
    <w:p w14:paraId="20231551" w14:textId="77777777" w:rsidR="00FA66F4" w:rsidRDefault="00FA66F4">
      <w:pPr>
        <w:spacing w:after="40"/>
      </w:pPr>
    </w:p>
    <w:p w14:paraId="56C1337E" w14:textId="77777777" w:rsidR="003A6EF2" w:rsidRDefault="003A6EF2">
      <w:pPr>
        <w:spacing w:after="40"/>
      </w:pPr>
    </w:p>
    <w:tbl>
      <w:tblPr>
        <w:tblStyle w:val="TableGrid"/>
        <w:tblW w:w="0" w:type="auto"/>
        <w:jc w:val="center"/>
        <w:tblLook w:val="04A0" w:firstRow="1" w:lastRow="0" w:firstColumn="1" w:lastColumn="0" w:noHBand="0" w:noVBand="1"/>
      </w:tblPr>
      <w:tblGrid>
        <w:gridCol w:w="5179"/>
        <w:gridCol w:w="5179"/>
      </w:tblGrid>
      <w:tr w:rsidR="00FA66F4" w14:paraId="43972BE9" w14:textId="77777777">
        <w:trPr>
          <w:jc w:val="center"/>
        </w:trPr>
        <w:tc>
          <w:tcPr>
            <w:tcW w:w="5184" w:type="dxa"/>
            <w:shd w:val="clear" w:color="auto" w:fill="E7E6E6"/>
            <w:tcMar>
              <w:top w:w="75" w:type="dxa"/>
              <w:left w:w="90" w:type="dxa"/>
              <w:bottom w:w="75" w:type="dxa"/>
              <w:right w:w="90" w:type="dxa"/>
            </w:tcMar>
            <w:vAlign w:val="center"/>
          </w:tcPr>
          <w:p w14:paraId="7CF585D6" w14:textId="77777777" w:rsidR="00FA66F4" w:rsidRDefault="0079117A">
            <w:pPr>
              <w:spacing w:before="20" w:after="60" w:line="252" w:lineRule="auto"/>
            </w:pPr>
            <w:r>
              <w:rPr>
                <w:b/>
              </w:rPr>
              <w:t>Highest Education Attained</w:t>
            </w:r>
          </w:p>
        </w:tc>
        <w:tc>
          <w:tcPr>
            <w:tcW w:w="5184" w:type="dxa"/>
            <w:shd w:val="clear" w:color="auto" w:fill="E7E6E6"/>
            <w:tcMar>
              <w:top w:w="75" w:type="dxa"/>
              <w:left w:w="90" w:type="dxa"/>
              <w:bottom w:w="75" w:type="dxa"/>
              <w:right w:w="90" w:type="dxa"/>
            </w:tcMar>
            <w:vAlign w:val="center"/>
          </w:tcPr>
          <w:p w14:paraId="721C5288" w14:textId="77777777" w:rsidR="00FA66F4" w:rsidRDefault="0079117A">
            <w:pPr>
              <w:spacing w:before="20" w:after="60" w:line="252" w:lineRule="auto"/>
            </w:pPr>
            <w:r>
              <w:rPr>
                <w:b/>
              </w:rPr>
              <w:t>Points</w:t>
            </w:r>
          </w:p>
        </w:tc>
      </w:tr>
      <w:tr w:rsidR="00FA66F4" w14:paraId="7F3EA058" w14:textId="77777777">
        <w:trPr>
          <w:jc w:val="center"/>
        </w:trPr>
        <w:tc>
          <w:tcPr>
            <w:tcW w:w="5184" w:type="dxa"/>
            <w:tcMar>
              <w:top w:w="75" w:type="dxa"/>
              <w:left w:w="90" w:type="dxa"/>
              <w:bottom w:w="75" w:type="dxa"/>
              <w:right w:w="90" w:type="dxa"/>
            </w:tcMar>
            <w:vAlign w:val="center"/>
          </w:tcPr>
          <w:p w14:paraId="197C50E7" w14:textId="2A56FD1C" w:rsidR="00FA66F4" w:rsidRDefault="0079117A">
            <w:pPr>
              <w:spacing w:before="20" w:after="60" w:line="252" w:lineRule="auto"/>
            </w:pPr>
            <w:proofErr w:type="gramStart"/>
            <w:r>
              <w:t>[</w:t>
            </w:r>
            <w:r w:rsidR="003A6EF2">
              <w:t xml:space="preserve"> </w:t>
            </w:r>
            <w:r>
              <w:t xml:space="preserve"> ]</w:t>
            </w:r>
            <w:proofErr w:type="gramEnd"/>
            <w:r>
              <w:t xml:space="preserve"> </w:t>
            </w:r>
            <w:proofErr w:type="gramStart"/>
            <w:r>
              <w:t>Associate Degree</w:t>
            </w:r>
            <w:proofErr w:type="gramEnd"/>
            <w:r>
              <w:t xml:space="preserve"> or equivalent</w:t>
            </w:r>
          </w:p>
        </w:tc>
        <w:tc>
          <w:tcPr>
            <w:tcW w:w="5184" w:type="dxa"/>
            <w:tcMar>
              <w:top w:w="75" w:type="dxa"/>
              <w:left w:w="90" w:type="dxa"/>
              <w:bottom w:w="75" w:type="dxa"/>
              <w:right w:w="90" w:type="dxa"/>
            </w:tcMar>
            <w:vAlign w:val="center"/>
          </w:tcPr>
          <w:p w14:paraId="51387DCA" w14:textId="77777777" w:rsidR="00FA66F4" w:rsidRDefault="0079117A">
            <w:pPr>
              <w:spacing w:before="20" w:after="60" w:line="252" w:lineRule="auto"/>
            </w:pPr>
            <w:r>
              <w:t>40</w:t>
            </w:r>
          </w:p>
        </w:tc>
      </w:tr>
      <w:tr w:rsidR="00FA66F4" w14:paraId="45CA4E01" w14:textId="77777777">
        <w:trPr>
          <w:jc w:val="center"/>
        </w:trPr>
        <w:tc>
          <w:tcPr>
            <w:tcW w:w="5184" w:type="dxa"/>
            <w:tcMar>
              <w:top w:w="75" w:type="dxa"/>
              <w:left w:w="90" w:type="dxa"/>
              <w:bottom w:w="75" w:type="dxa"/>
              <w:right w:w="90" w:type="dxa"/>
            </w:tcMar>
            <w:vAlign w:val="center"/>
          </w:tcPr>
          <w:p w14:paraId="209A5ABD" w14:textId="6638DCBB" w:rsidR="00FA66F4" w:rsidRDefault="0079117A">
            <w:pPr>
              <w:spacing w:before="20" w:after="60" w:line="252" w:lineRule="auto"/>
            </w:pPr>
            <w:proofErr w:type="gramStart"/>
            <w:r>
              <w:t>[</w:t>
            </w:r>
            <w:r w:rsidR="003A6EF2">
              <w:t xml:space="preserve"> </w:t>
            </w:r>
            <w:r>
              <w:t xml:space="preserve"> ]</w:t>
            </w:r>
            <w:proofErr w:type="gramEnd"/>
            <w:r>
              <w:t xml:space="preserve"> Bachelor's Degree</w:t>
            </w:r>
          </w:p>
        </w:tc>
        <w:tc>
          <w:tcPr>
            <w:tcW w:w="5184" w:type="dxa"/>
            <w:tcMar>
              <w:top w:w="75" w:type="dxa"/>
              <w:left w:w="90" w:type="dxa"/>
              <w:bottom w:w="75" w:type="dxa"/>
              <w:right w:w="90" w:type="dxa"/>
            </w:tcMar>
            <w:vAlign w:val="center"/>
          </w:tcPr>
          <w:p w14:paraId="5C97C76B" w14:textId="77777777" w:rsidR="00FA66F4" w:rsidRDefault="0079117A">
            <w:pPr>
              <w:spacing w:before="20" w:after="60" w:line="252" w:lineRule="auto"/>
            </w:pPr>
            <w:r>
              <w:t>75</w:t>
            </w:r>
          </w:p>
        </w:tc>
      </w:tr>
      <w:tr w:rsidR="00FA66F4" w14:paraId="6953578C" w14:textId="77777777">
        <w:trPr>
          <w:jc w:val="center"/>
        </w:trPr>
        <w:tc>
          <w:tcPr>
            <w:tcW w:w="5184" w:type="dxa"/>
            <w:tcMar>
              <w:top w:w="75" w:type="dxa"/>
              <w:left w:w="90" w:type="dxa"/>
              <w:bottom w:w="75" w:type="dxa"/>
              <w:right w:w="90" w:type="dxa"/>
            </w:tcMar>
            <w:vAlign w:val="center"/>
          </w:tcPr>
          <w:p w14:paraId="7D1F590C" w14:textId="2E78EFAA" w:rsidR="00FA66F4" w:rsidRDefault="0079117A">
            <w:pPr>
              <w:spacing w:before="20" w:after="60" w:line="252" w:lineRule="auto"/>
            </w:pPr>
            <w:proofErr w:type="gramStart"/>
            <w:r>
              <w:t xml:space="preserve">[ </w:t>
            </w:r>
            <w:r w:rsidR="003A6EF2">
              <w:t xml:space="preserve"> </w:t>
            </w:r>
            <w:r>
              <w:t>]</w:t>
            </w:r>
            <w:proofErr w:type="gramEnd"/>
            <w:r>
              <w:t xml:space="preserve"> Master's Degree / Master of Divinity (M.Div.)</w:t>
            </w:r>
          </w:p>
        </w:tc>
        <w:tc>
          <w:tcPr>
            <w:tcW w:w="5184" w:type="dxa"/>
            <w:tcMar>
              <w:top w:w="75" w:type="dxa"/>
              <w:left w:w="90" w:type="dxa"/>
              <w:bottom w:w="75" w:type="dxa"/>
              <w:right w:w="90" w:type="dxa"/>
            </w:tcMar>
            <w:vAlign w:val="center"/>
          </w:tcPr>
          <w:p w14:paraId="36A815A6" w14:textId="77777777" w:rsidR="00FA66F4" w:rsidRDefault="0079117A">
            <w:pPr>
              <w:spacing w:before="20" w:after="60" w:line="252" w:lineRule="auto"/>
            </w:pPr>
            <w:r>
              <w:t>100</w:t>
            </w:r>
          </w:p>
        </w:tc>
      </w:tr>
      <w:tr w:rsidR="00FA66F4" w14:paraId="4132E197" w14:textId="77777777">
        <w:trPr>
          <w:jc w:val="center"/>
        </w:trPr>
        <w:tc>
          <w:tcPr>
            <w:tcW w:w="5184" w:type="dxa"/>
            <w:tcMar>
              <w:top w:w="75" w:type="dxa"/>
              <w:left w:w="90" w:type="dxa"/>
              <w:bottom w:w="75" w:type="dxa"/>
              <w:right w:w="90" w:type="dxa"/>
            </w:tcMar>
            <w:vAlign w:val="center"/>
          </w:tcPr>
          <w:p w14:paraId="3D527252" w14:textId="708F1EA7" w:rsidR="00FA66F4" w:rsidRDefault="0079117A">
            <w:pPr>
              <w:spacing w:before="20" w:after="60" w:line="252" w:lineRule="auto"/>
            </w:pPr>
            <w:proofErr w:type="gramStart"/>
            <w:r>
              <w:t>[</w:t>
            </w:r>
            <w:r w:rsidR="003A6EF2">
              <w:t xml:space="preserve"> </w:t>
            </w:r>
            <w:r>
              <w:t xml:space="preserve"> ]</w:t>
            </w:r>
            <w:proofErr w:type="gramEnd"/>
            <w:r>
              <w:t xml:space="preserve"> Doctoral Degree</w:t>
            </w:r>
          </w:p>
        </w:tc>
        <w:tc>
          <w:tcPr>
            <w:tcW w:w="5184" w:type="dxa"/>
            <w:tcMar>
              <w:top w:w="75" w:type="dxa"/>
              <w:left w:w="90" w:type="dxa"/>
              <w:bottom w:w="75" w:type="dxa"/>
              <w:right w:w="90" w:type="dxa"/>
            </w:tcMar>
            <w:vAlign w:val="center"/>
          </w:tcPr>
          <w:p w14:paraId="1EF8932D" w14:textId="77777777" w:rsidR="00FA66F4" w:rsidRDefault="0079117A">
            <w:pPr>
              <w:spacing w:before="20" w:after="60" w:line="252" w:lineRule="auto"/>
            </w:pPr>
            <w:r>
              <w:t>125</w:t>
            </w:r>
          </w:p>
        </w:tc>
      </w:tr>
    </w:tbl>
    <w:p w14:paraId="78D1F954" w14:textId="77777777" w:rsidR="003A6EF2" w:rsidRDefault="003A6EF2" w:rsidP="003A6EF2">
      <w:pPr>
        <w:spacing w:before="40" w:line="960" w:lineRule="auto"/>
        <w:rPr>
          <w:b/>
        </w:rPr>
      </w:pPr>
    </w:p>
    <w:p w14:paraId="58053931" w14:textId="38965538" w:rsidR="00FA66F4" w:rsidRDefault="0079117A" w:rsidP="003A6EF2">
      <w:pPr>
        <w:spacing w:before="40" w:line="960" w:lineRule="auto"/>
      </w:pPr>
      <w:r>
        <w:rPr>
          <w:b/>
        </w:rPr>
        <w:t xml:space="preserve">Institution: </w:t>
      </w:r>
      <w:r>
        <w:t>____________________________________________________________</w:t>
      </w:r>
      <w:r w:rsidR="003A6EF2">
        <w:t>__________________</w:t>
      </w:r>
    </w:p>
    <w:p w14:paraId="5B6FF6BF" w14:textId="57592089" w:rsidR="00FA66F4" w:rsidRDefault="0079117A" w:rsidP="003A6EF2">
      <w:pPr>
        <w:spacing w:before="40" w:line="960" w:lineRule="auto"/>
      </w:pPr>
      <w:r>
        <w:rPr>
          <w:b/>
        </w:rPr>
        <w:t xml:space="preserve">Degree / Program: </w:t>
      </w:r>
      <w:r>
        <w:t>____________________________________________________</w:t>
      </w:r>
      <w:r w:rsidR="003A6EF2">
        <w:t>_________________</w:t>
      </w:r>
      <w:r>
        <w:t>___</w:t>
      </w:r>
    </w:p>
    <w:p w14:paraId="7159F771" w14:textId="406514A3" w:rsidR="00FA66F4" w:rsidRDefault="0079117A" w:rsidP="003A6EF2">
      <w:pPr>
        <w:spacing w:before="40" w:line="960" w:lineRule="auto"/>
      </w:pPr>
      <w:r>
        <w:rPr>
          <w:b/>
        </w:rPr>
        <w:t xml:space="preserve">Major / Field of Study: </w:t>
      </w:r>
      <w:r>
        <w:t>_______________________________________________</w:t>
      </w:r>
      <w:r w:rsidR="003A6EF2">
        <w:t>___________________</w:t>
      </w:r>
      <w:r>
        <w:t>___</w:t>
      </w:r>
    </w:p>
    <w:p w14:paraId="2376A622" w14:textId="77777777" w:rsidR="00FA66F4" w:rsidRDefault="0079117A" w:rsidP="003A6EF2">
      <w:pPr>
        <w:spacing w:before="40" w:line="960" w:lineRule="auto"/>
      </w:pPr>
      <w:r>
        <w:rPr>
          <w:b/>
        </w:rPr>
        <w:t xml:space="preserve">Date Awarded: </w:t>
      </w:r>
      <w:r>
        <w:t>_________________________</w:t>
      </w:r>
    </w:p>
    <w:p w14:paraId="19D03867" w14:textId="164EB0C5" w:rsidR="00FA66F4" w:rsidRDefault="0079117A" w:rsidP="003A6EF2">
      <w:pPr>
        <w:spacing w:before="40" w:line="960" w:lineRule="auto"/>
      </w:pPr>
      <w:r>
        <w:rPr>
          <w:b/>
        </w:rPr>
        <w:t>SECTION 1 TOTAL POINTS</w:t>
      </w:r>
      <w:r w:rsidR="00AA27E8">
        <w:rPr>
          <w:b/>
        </w:rPr>
        <w:t xml:space="preserve"> (Maximum 125)</w:t>
      </w:r>
      <w:r>
        <w:rPr>
          <w:b/>
        </w:rPr>
        <w:t xml:space="preserve">: </w:t>
      </w:r>
      <w:r>
        <w:t>_________________</w:t>
      </w:r>
    </w:p>
    <w:p w14:paraId="641076EC" w14:textId="77777777" w:rsidR="00FA66F4" w:rsidRDefault="0079117A">
      <w:pPr>
        <w:spacing w:after="40"/>
      </w:pPr>
      <w:r>
        <w:br w:type="page"/>
      </w:r>
    </w:p>
    <w:p w14:paraId="66AF1BB7" w14:textId="77777777" w:rsidR="00FA66F4" w:rsidRDefault="0079117A">
      <w:pPr>
        <w:spacing w:before="200" w:after="140"/>
        <w:jc w:val="center"/>
      </w:pPr>
      <w:r>
        <w:rPr>
          <w:b/>
          <w:sz w:val="32"/>
        </w:rPr>
        <w:lastRenderedPageBreak/>
        <w:t>Section 2</w:t>
      </w:r>
    </w:p>
    <w:p w14:paraId="66C72F78" w14:textId="77777777" w:rsidR="00FA66F4" w:rsidRDefault="0079117A">
      <w:pPr>
        <w:jc w:val="center"/>
      </w:pPr>
      <w:proofErr w:type="gramStart"/>
      <w:r>
        <w:rPr>
          <w:b/>
          <w:sz w:val="24"/>
        </w:rPr>
        <w:t>Recognized Chaplaincy</w:t>
      </w:r>
      <w:proofErr w:type="gramEnd"/>
      <w:r>
        <w:rPr>
          <w:b/>
          <w:sz w:val="24"/>
        </w:rPr>
        <w:t xml:space="preserve"> Credentials</w:t>
      </w:r>
    </w:p>
    <w:p w14:paraId="13F1FF45" w14:textId="77777777" w:rsidR="003A6EF2" w:rsidRDefault="003A6EF2">
      <w:pPr>
        <w:rPr>
          <w:b/>
        </w:rPr>
      </w:pPr>
    </w:p>
    <w:p w14:paraId="0274EF55" w14:textId="2C9CBC56" w:rsidR="00FA66F4" w:rsidRDefault="0079117A">
      <w:pPr>
        <w:rPr>
          <w:b/>
        </w:rPr>
      </w:pPr>
      <w:r>
        <w:rPr>
          <w:b/>
        </w:rPr>
        <w:t>Maximum allowable points: 150</w:t>
      </w:r>
    </w:p>
    <w:p w14:paraId="3E3FB202" w14:textId="77777777" w:rsidR="003A6EF2" w:rsidRDefault="003A6EF2"/>
    <w:p w14:paraId="5B0E3019" w14:textId="77777777" w:rsidR="00FA66F4" w:rsidRDefault="0079117A">
      <w:pPr>
        <w:spacing w:after="140" w:line="269" w:lineRule="auto"/>
      </w:pPr>
      <w:r>
        <w:t>Qualifying credentials may be cumulative up to the section maximum. Credentials must demonstrate formal preparation, authorization, endorsement, certification, education, or training relevant to professional chaplaincy service. Other credentials may be evaluated by the JMCC on a case-by-case basis.</w:t>
      </w:r>
    </w:p>
    <w:p w14:paraId="5F9B58F4" w14:textId="77777777" w:rsidR="003A6EF2" w:rsidRDefault="003A6EF2">
      <w:pPr>
        <w:spacing w:after="140" w:line="269" w:lineRule="auto"/>
      </w:pPr>
    </w:p>
    <w:tbl>
      <w:tblPr>
        <w:tblW w:w="0" w:type="auto"/>
        <w:jc w:val="center"/>
        <w:tblLook w:val="04A0" w:firstRow="1" w:lastRow="0" w:firstColumn="1" w:lastColumn="0" w:noHBand="0" w:noVBand="1"/>
      </w:tblPr>
      <w:tblGrid>
        <w:gridCol w:w="10368"/>
      </w:tblGrid>
      <w:tr w:rsidR="00FA66F4" w14:paraId="2EF6676D" w14:textId="77777777">
        <w:trPr>
          <w:jc w:val="center"/>
        </w:trPr>
        <w:tc>
          <w:tcPr>
            <w:tcW w:w="10368" w:type="dxa"/>
            <w:shd w:val="clear" w:color="auto" w:fill="F2F2F2"/>
            <w:tcMar>
              <w:top w:w="75" w:type="dxa"/>
              <w:left w:w="90" w:type="dxa"/>
              <w:bottom w:w="75" w:type="dxa"/>
              <w:right w:w="90" w:type="dxa"/>
            </w:tcMar>
            <w:vAlign w:val="center"/>
          </w:tcPr>
          <w:p w14:paraId="4A580CF8" w14:textId="77777777" w:rsidR="00FA66F4" w:rsidRDefault="0079117A">
            <w:pPr>
              <w:spacing w:before="20" w:after="60" w:line="252" w:lineRule="auto"/>
            </w:pPr>
            <w:r>
              <w:rPr>
                <w:b/>
              </w:rPr>
              <w:t xml:space="preserve">Required Documentation: </w:t>
            </w:r>
            <w:r>
              <w:t>Attach a copy of each credential, endorsement, certification, ordination/license/commission, CPE completion record, or official verification from the issuing organization.</w:t>
            </w:r>
          </w:p>
        </w:tc>
      </w:tr>
    </w:tbl>
    <w:p w14:paraId="3DEA9890" w14:textId="77777777" w:rsidR="00FA66F4" w:rsidRDefault="00FA66F4">
      <w:pPr>
        <w:spacing w:after="40"/>
      </w:pPr>
    </w:p>
    <w:p w14:paraId="7134FFAF" w14:textId="77777777" w:rsidR="003A6EF2" w:rsidRDefault="003A6EF2">
      <w:pPr>
        <w:spacing w:after="40"/>
      </w:pPr>
    </w:p>
    <w:tbl>
      <w:tblPr>
        <w:tblStyle w:val="TableGrid"/>
        <w:tblW w:w="0" w:type="auto"/>
        <w:tblLook w:val="04A0" w:firstRow="1" w:lastRow="0" w:firstColumn="1" w:lastColumn="0" w:noHBand="0" w:noVBand="1"/>
      </w:tblPr>
      <w:tblGrid>
        <w:gridCol w:w="5179"/>
        <w:gridCol w:w="5179"/>
      </w:tblGrid>
      <w:tr w:rsidR="00FA66F4" w14:paraId="0C45EAB9" w14:textId="77777777">
        <w:tc>
          <w:tcPr>
            <w:tcW w:w="5184" w:type="dxa"/>
            <w:shd w:val="clear" w:color="auto" w:fill="E7E6E6"/>
            <w:tcMar>
              <w:top w:w="75" w:type="dxa"/>
              <w:left w:w="90" w:type="dxa"/>
              <w:bottom w:w="75" w:type="dxa"/>
              <w:right w:w="90" w:type="dxa"/>
            </w:tcMar>
            <w:vAlign w:val="center"/>
          </w:tcPr>
          <w:p w14:paraId="6BEBAF97" w14:textId="77777777" w:rsidR="00FA66F4" w:rsidRDefault="0079117A">
            <w:pPr>
              <w:spacing w:before="20" w:after="60" w:line="252" w:lineRule="auto"/>
            </w:pPr>
            <w:r>
              <w:rPr>
                <w:b/>
              </w:rPr>
              <w:t>Credential</w:t>
            </w:r>
          </w:p>
        </w:tc>
        <w:tc>
          <w:tcPr>
            <w:tcW w:w="5184" w:type="dxa"/>
            <w:shd w:val="clear" w:color="auto" w:fill="E7E6E6"/>
            <w:tcMar>
              <w:top w:w="75" w:type="dxa"/>
              <w:left w:w="90" w:type="dxa"/>
              <w:bottom w:w="75" w:type="dxa"/>
              <w:right w:w="90" w:type="dxa"/>
            </w:tcMar>
            <w:vAlign w:val="center"/>
          </w:tcPr>
          <w:p w14:paraId="4BBC278B" w14:textId="77777777" w:rsidR="00FA66F4" w:rsidRDefault="0079117A">
            <w:pPr>
              <w:spacing w:before="20" w:after="60" w:line="252" w:lineRule="auto"/>
            </w:pPr>
            <w:r>
              <w:rPr>
                <w:b/>
              </w:rPr>
              <w:t>Proposed Points</w:t>
            </w:r>
          </w:p>
        </w:tc>
      </w:tr>
      <w:tr w:rsidR="00FA66F4" w14:paraId="4C605965" w14:textId="77777777">
        <w:tc>
          <w:tcPr>
            <w:tcW w:w="5184" w:type="dxa"/>
            <w:tcMar>
              <w:top w:w="75" w:type="dxa"/>
              <w:left w:w="90" w:type="dxa"/>
              <w:bottom w:w="75" w:type="dxa"/>
              <w:right w:w="90" w:type="dxa"/>
            </w:tcMar>
            <w:vAlign w:val="center"/>
          </w:tcPr>
          <w:p w14:paraId="714A6BE8" w14:textId="1941C673" w:rsidR="00FA66F4" w:rsidRDefault="0079117A">
            <w:pPr>
              <w:spacing w:before="20" w:after="60" w:line="252" w:lineRule="auto"/>
            </w:pPr>
            <w:proofErr w:type="gramStart"/>
            <w:r>
              <w:t>[</w:t>
            </w:r>
            <w:r w:rsidR="003A6EF2">
              <w:t xml:space="preserve"> </w:t>
            </w:r>
            <w:r>
              <w:t xml:space="preserve"> ]</w:t>
            </w:r>
            <w:proofErr w:type="gramEnd"/>
            <w:r>
              <w:t xml:space="preserve"> Board Certified Chaplain (BCC) or comparable professional certification</w:t>
            </w:r>
          </w:p>
        </w:tc>
        <w:tc>
          <w:tcPr>
            <w:tcW w:w="5184" w:type="dxa"/>
            <w:tcMar>
              <w:top w:w="75" w:type="dxa"/>
              <w:left w:w="90" w:type="dxa"/>
              <w:bottom w:w="75" w:type="dxa"/>
              <w:right w:w="90" w:type="dxa"/>
            </w:tcMar>
            <w:vAlign w:val="center"/>
          </w:tcPr>
          <w:p w14:paraId="4F1AA608" w14:textId="77777777" w:rsidR="00FA66F4" w:rsidRDefault="0079117A">
            <w:pPr>
              <w:spacing w:before="20" w:after="60" w:line="252" w:lineRule="auto"/>
            </w:pPr>
            <w:r>
              <w:t>75</w:t>
            </w:r>
          </w:p>
        </w:tc>
      </w:tr>
      <w:tr w:rsidR="00FA66F4" w14:paraId="1F0395AF" w14:textId="77777777">
        <w:tc>
          <w:tcPr>
            <w:tcW w:w="5184" w:type="dxa"/>
            <w:tcMar>
              <w:top w:w="75" w:type="dxa"/>
              <w:left w:w="90" w:type="dxa"/>
              <w:bottom w:w="75" w:type="dxa"/>
              <w:right w:w="90" w:type="dxa"/>
            </w:tcMar>
            <w:vAlign w:val="center"/>
          </w:tcPr>
          <w:p w14:paraId="27526563" w14:textId="0B66F695" w:rsidR="00FA66F4" w:rsidRDefault="0079117A">
            <w:pPr>
              <w:spacing w:before="20" w:after="60" w:line="252" w:lineRule="auto"/>
            </w:pPr>
            <w:proofErr w:type="gramStart"/>
            <w:r>
              <w:t>[</w:t>
            </w:r>
            <w:r w:rsidR="003A6EF2">
              <w:t xml:space="preserve"> </w:t>
            </w:r>
            <w:r>
              <w:t xml:space="preserve"> ]</w:t>
            </w:r>
            <w:proofErr w:type="gramEnd"/>
            <w:r>
              <w:t xml:space="preserve"> Ecclesiastical / faith-group endorsement for chaplaincy</w:t>
            </w:r>
          </w:p>
        </w:tc>
        <w:tc>
          <w:tcPr>
            <w:tcW w:w="5184" w:type="dxa"/>
            <w:tcMar>
              <w:top w:w="75" w:type="dxa"/>
              <w:left w:w="90" w:type="dxa"/>
              <w:bottom w:w="75" w:type="dxa"/>
              <w:right w:w="90" w:type="dxa"/>
            </w:tcMar>
            <w:vAlign w:val="center"/>
          </w:tcPr>
          <w:p w14:paraId="1F085DCF" w14:textId="77777777" w:rsidR="00FA66F4" w:rsidRDefault="0079117A">
            <w:pPr>
              <w:spacing w:before="20" w:after="60" w:line="252" w:lineRule="auto"/>
            </w:pPr>
            <w:r>
              <w:t>50</w:t>
            </w:r>
          </w:p>
        </w:tc>
      </w:tr>
      <w:tr w:rsidR="00FA66F4" w14:paraId="1CBC921F" w14:textId="77777777">
        <w:tc>
          <w:tcPr>
            <w:tcW w:w="5184" w:type="dxa"/>
            <w:tcMar>
              <w:top w:w="75" w:type="dxa"/>
              <w:left w:w="90" w:type="dxa"/>
              <w:bottom w:w="75" w:type="dxa"/>
              <w:right w:w="90" w:type="dxa"/>
            </w:tcMar>
            <w:vAlign w:val="center"/>
          </w:tcPr>
          <w:p w14:paraId="679218FD" w14:textId="080E6C94" w:rsidR="00FA66F4" w:rsidRDefault="0079117A">
            <w:pPr>
              <w:spacing w:before="20" w:after="60" w:line="252" w:lineRule="auto"/>
            </w:pPr>
            <w:proofErr w:type="gramStart"/>
            <w:r>
              <w:t>[</w:t>
            </w:r>
            <w:r w:rsidR="003A6EF2">
              <w:t xml:space="preserve"> </w:t>
            </w:r>
            <w:r>
              <w:t xml:space="preserve"> ]</w:t>
            </w:r>
            <w:proofErr w:type="gramEnd"/>
            <w:r>
              <w:t xml:space="preserve"> Ordained, licensed, commissioned clergy or equivalent recognized faith authorization</w:t>
            </w:r>
          </w:p>
        </w:tc>
        <w:tc>
          <w:tcPr>
            <w:tcW w:w="5184" w:type="dxa"/>
            <w:tcMar>
              <w:top w:w="75" w:type="dxa"/>
              <w:left w:w="90" w:type="dxa"/>
              <w:bottom w:w="75" w:type="dxa"/>
              <w:right w:w="90" w:type="dxa"/>
            </w:tcMar>
            <w:vAlign w:val="center"/>
          </w:tcPr>
          <w:p w14:paraId="6AD58783" w14:textId="77777777" w:rsidR="00FA66F4" w:rsidRDefault="0079117A">
            <w:pPr>
              <w:spacing w:before="20" w:after="60" w:line="252" w:lineRule="auto"/>
            </w:pPr>
            <w:r>
              <w:t>40</w:t>
            </w:r>
          </w:p>
        </w:tc>
      </w:tr>
      <w:tr w:rsidR="00FA66F4" w14:paraId="14531546" w14:textId="77777777">
        <w:tc>
          <w:tcPr>
            <w:tcW w:w="5184" w:type="dxa"/>
            <w:tcMar>
              <w:top w:w="75" w:type="dxa"/>
              <w:left w:w="90" w:type="dxa"/>
              <w:bottom w:w="75" w:type="dxa"/>
              <w:right w:w="90" w:type="dxa"/>
            </w:tcMar>
            <w:vAlign w:val="center"/>
          </w:tcPr>
          <w:p w14:paraId="093E6789" w14:textId="2C6810F4" w:rsidR="00FA66F4" w:rsidRDefault="0079117A">
            <w:pPr>
              <w:spacing w:before="20" w:after="60" w:line="252" w:lineRule="auto"/>
            </w:pPr>
            <w:proofErr w:type="gramStart"/>
            <w:r>
              <w:t>[</w:t>
            </w:r>
            <w:r w:rsidR="003A6EF2">
              <w:t xml:space="preserve"> </w:t>
            </w:r>
            <w:r>
              <w:t xml:space="preserve"> ]</w:t>
            </w:r>
            <w:proofErr w:type="gramEnd"/>
            <w:r>
              <w:t xml:space="preserve"> Clinical Pastoral Education (CPE)</w:t>
            </w:r>
          </w:p>
        </w:tc>
        <w:tc>
          <w:tcPr>
            <w:tcW w:w="5184" w:type="dxa"/>
            <w:tcMar>
              <w:top w:w="75" w:type="dxa"/>
              <w:left w:w="90" w:type="dxa"/>
              <w:bottom w:w="75" w:type="dxa"/>
              <w:right w:w="90" w:type="dxa"/>
            </w:tcMar>
            <w:vAlign w:val="center"/>
          </w:tcPr>
          <w:p w14:paraId="3A16B60E" w14:textId="77777777" w:rsidR="00FA66F4" w:rsidRDefault="0079117A">
            <w:pPr>
              <w:spacing w:before="20" w:after="60" w:line="252" w:lineRule="auto"/>
            </w:pPr>
            <w:r>
              <w:t>25 per completed unit</w:t>
            </w:r>
          </w:p>
        </w:tc>
      </w:tr>
      <w:tr w:rsidR="00FA66F4" w14:paraId="6FA6E3FD" w14:textId="77777777">
        <w:tc>
          <w:tcPr>
            <w:tcW w:w="5184" w:type="dxa"/>
            <w:tcMar>
              <w:top w:w="75" w:type="dxa"/>
              <w:left w:w="90" w:type="dxa"/>
              <w:bottom w:w="75" w:type="dxa"/>
              <w:right w:w="90" w:type="dxa"/>
            </w:tcMar>
            <w:vAlign w:val="center"/>
          </w:tcPr>
          <w:p w14:paraId="5263DE45" w14:textId="2F5F3A68" w:rsidR="00FA66F4" w:rsidRDefault="0079117A">
            <w:pPr>
              <w:spacing w:before="20" w:after="60" w:line="252" w:lineRule="auto"/>
            </w:pPr>
            <w:proofErr w:type="gramStart"/>
            <w:r>
              <w:t>[</w:t>
            </w:r>
            <w:r w:rsidR="003A6EF2">
              <w:t xml:space="preserve"> </w:t>
            </w:r>
            <w:r>
              <w:t xml:space="preserve"> ]</w:t>
            </w:r>
            <w:proofErr w:type="gramEnd"/>
            <w:r>
              <w:t xml:space="preserve"> Recognized correctional chaplain certification</w:t>
            </w:r>
          </w:p>
        </w:tc>
        <w:tc>
          <w:tcPr>
            <w:tcW w:w="5184" w:type="dxa"/>
            <w:tcMar>
              <w:top w:w="75" w:type="dxa"/>
              <w:left w:w="90" w:type="dxa"/>
              <w:bottom w:w="75" w:type="dxa"/>
              <w:right w:w="90" w:type="dxa"/>
            </w:tcMar>
            <w:vAlign w:val="center"/>
          </w:tcPr>
          <w:p w14:paraId="5C52CD9D" w14:textId="77777777" w:rsidR="00FA66F4" w:rsidRDefault="0079117A">
            <w:pPr>
              <w:spacing w:before="20" w:after="60" w:line="252" w:lineRule="auto"/>
            </w:pPr>
            <w:r>
              <w:t>40</w:t>
            </w:r>
          </w:p>
        </w:tc>
      </w:tr>
      <w:tr w:rsidR="00FA66F4" w14:paraId="2F87A84C" w14:textId="77777777">
        <w:tc>
          <w:tcPr>
            <w:tcW w:w="5184" w:type="dxa"/>
            <w:tcMar>
              <w:top w:w="75" w:type="dxa"/>
              <w:left w:w="90" w:type="dxa"/>
              <w:bottom w:w="75" w:type="dxa"/>
              <w:right w:w="90" w:type="dxa"/>
            </w:tcMar>
            <w:vAlign w:val="center"/>
          </w:tcPr>
          <w:p w14:paraId="70854696" w14:textId="7350727B" w:rsidR="00FA66F4" w:rsidRDefault="0079117A">
            <w:pPr>
              <w:spacing w:before="20" w:after="60" w:line="252" w:lineRule="auto"/>
            </w:pPr>
            <w:proofErr w:type="gramStart"/>
            <w:r>
              <w:t xml:space="preserve">[ </w:t>
            </w:r>
            <w:r w:rsidR="003A6EF2">
              <w:t xml:space="preserve"> </w:t>
            </w:r>
            <w:r>
              <w:t>]</w:t>
            </w:r>
            <w:proofErr w:type="gramEnd"/>
            <w:r>
              <w:t xml:space="preserve"> </w:t>
            </w:r>
            <w:proofErr w:type="gramStart"/>
            <w:r>
              <w:t>Other</w:t>
            </w:r>
            <w:proofErr w:type="gramEnd"/>
            <w:r>
              <w:t xml:space="preserve"> professional chaplain credential</w:t>
            </w:r>
          </w:p>
        </w:tc>
        <w:tc>
          <w:tcPr>
            <w:tcW w:w="5184" w:type="dxa"/>
            <w:tcMar>
              <w:top w:w="75" w:type="dxa"/>
              <w:left w:w="90" w:type="dxa"/>
              <w:bottom w:w="75" w:type="dxa"/>
              <w:right w:w="90" w:type="dxa"/>
            </w:tcMar>
            <w:vAlign w:val="center"/>
          </w:tcPr>
          <w:p w14:paraId="43F1D510" w14:textId="77777777" w:rsidR="00FA66F4" w:rsidRDefault="0079117A">
            <w:pPr>
              <w:spacing w:before="20" w:after="60" w:line="252" w:lineRule="auto"/>
            </w:pPr>
            <w:r>
              <w:t>JMCC review</w:t>
            </w:r>
          </w:p>
        </w:tc>
      </w:tr>
    </w:tbl>
    <w:p w14:paraId="02502B27" w14:textId="77777777" w:rsidR="00FA66F4" w:rsidRDefault="00FA66F4">
      <w:pPr>
        <w:spacing w:after="40"/>
      </w:pPr>
    </w:p>
    <w:p w14:paraId="1CCE27CD" w14:textId="77777777" w:rsidR="003A6EF2" w:rsidRDefault="003A6EF2" w:rsidP="003A6EF2">
      <w:pPr>
        <w:spacing w:before="40" w:line="720" w:lineRule="auto"/>
        <w:rPr>
          <w:b/>
        </w:rPr>
      </w:pPr>
    </w:p>
    <w:p w14:paraId="58942BD7" w14:textId="471F52FE" w:rsidR="00FA66F4" w:rsidRDefault="0079117A" w:rsidP="003A6EF2">
      <w:pPr>
        <w:spacing w:before="40" w:line="720" w:lineRule="auto"/>
      </w:pPr>
      <w:r>
        <w:rPr>
          <w:b/>
        </w:rPr>
        <w:t xml:space="preserve">Credential / Designation: </w:t>
      </w:r>
      <w:r>
        <w:t>____________________________________________</w:t>
      </w:r>
      <w:r w:rsidR="003A6EF2">
        <w:t>______________________</w:t>
      </w:r>
      <w:r>
        <w:t>_</w:t>
      </w:r>
    </w:p>
    <w:p w14:paraId="4762CB8C" w14:textId="21592F1E" w:rsidR="00FA66F4" w:rsidRDefault="0079117A" w:rsidP="003A6EF2">
      <w:pPr>
        <w:spacing w:before="40" w:line="720" w:lineRule="auto"/>
      </w:pPr>
      <w:r>
        <w:rPr>
          <w:b/>
        </w:rPr>
        <w:t xml:space="preserve">Issuing Organization: </w:t>
      </w:r>
      <w:r>
        <w:t>_____________________________________</w:t>
      </w:r>
      <w:r w:rsidR="003A6EF2">
        <w:t>_____________________</w:t>
      </w:r>
      <w:r>
        <w:t>___________</w:t>
      </w:r>
    </w:p>
    <w:p w14:paraId="6C99745D" w14:textId="0CC8FFEE" w:rsidR="00FA66F4" w:rsidRDefault="0079117A" w:rsidP="003A6EF2">
      <w:pPr>
        <w:spacing w:before="40" w:line="720" w:lineRule="auto"/>
      </w:pPr>
      <w:r>
        <w:rPr>
          <w:b/>
        </w:rPr>
        <w:t xml:space="preserve">Date Issued: </w:t>
      </w:r>
      <w:r>
        <w:t>____________________</w:t>
      </w:r>
      <w:r w:rsidR="003A6EF2">
        <w:t xml:space="preserve">           </w:t>
      </w:r>
      <w:r>
        <w:rPr>
          <w:b/>
        </w:rPr>
        <w:t xml:space="preserve">Expiration Date (if applicable): </w:t>
      </w:r>
      <w:r>
        <w:t>_________________________</w:t>
      </w:r>
    </w:p>
    <w:p w14:paraId="5611F4BE" w14:textId="77777777" w:rsidR="00FA66F4" w:rsidRDefault="0079117A" w:rsidP="003A6EF2">
      <w:pPr>
        <w:spacing w:before="40" w:line="720" w:lineRule="auto"/>
      </w:pPr>
      <w:r>
        <w:rPr>
          <w:b/>
        </w:rPr>
        <w:t xml:space="preserve">Points Claimed: </w:t>
      </w:r>
      <w:r>
        <w:t>____________________</w:t>
      </w:r>
    </w:p>
    <w:p w14:paraId="09E6F8AA" w14:textId="77777777" w:rsidR="00FA66F4" w:rsidRDefault="00FA66F4" w:rsidP="003A6EF2">
      <w:pPr>
        <w:spacing w:after="40" w:line="720" w:lineRule="auto"/>
      </w:pPr>
    </w:p>
    <w:p w14:paraId="7E59D6BD" w14:textId="77777777" w:rsidR="003A6EF2" w:rsidRDefault="003A6EF2" w:rsidP="003A6EF2">
      <w:pPr>
        <w:spacing w:before="40" w:line="720" w:lineRule="auto"/>
      </w:pPr>
      <w:r>
        <w:rPr>
          <w:b/>
        </w:rPr>
        <w:lastRenderedPageBreak/>
        <w:t xml:space="preserve">Credential / Designation: </w:t>
      </w:r>
      <w:r>
        <w:t>___________________________________________________________________</w:t>
      </w:r>
    </w:p>
    <w:p w14:paraId="578FFC68" w14:textId="77777777" w:rsidR="003A6EF2" w:rsidRDefault="003A6EF2" w:rsidP="003A6EF2">
      <w:pPr>
        <w:spacing w:before="40" w:line="720" w:lineRule="auto"/>
      </w:pPr>
      <w:r>
        <w:rPr>
          <w:b/>
        </w:rPr>
        <w:t xml:space="preserve">Issuing Organization: </w:t>
      </w:r>
      <w:r>
        <w:t>_____________________________________________________________________</w:t>
      </w:r>
    </w:p>
    <w:p w14:paraId="49D3036A" w14:textId="77777777" w:rsidR="003A6EF2" w:rsidRDefault="003A6EF2" w:rsidP="003A6EF2">
      <w:pPr>
        <w:spacing w:before="40" w:line="720" w:lineRule="auto"/>
      </w:pPr>
      <w:r>
        <w:rPr>
          <w:b/>
        </w:rPr>
        <w:t xml:space="preserve">Date Issued: </w:t>
      </w:r>
      <w:r>
        <w:t xml:space="preserve">____________________           </w:t>
      </w:r>
      <w:r>
        <w:rPr>
          <w:b/>
        </w:rPr>
        <w:t xml:space="preserve">Expiration Date (if applicable): </w:t>
      </w:r>
      <w:r>
        <w:t>_________________________</w:t>
      </w:r>
    </w:p>
    <w:p w14:paraId="3F36C6FC" w14:textId="77777777" w:rsidR="003A6EF2" w:rsidRDefault="003A6EF2" w:rsidP="003A6EF2">
      <w:pPr>
        <w:spacing w:before="40" w:line="720" w:lineRule="auto"/>
      </w:pPr>
      <w:r>
        <w:rPr>
          <w:b/>
        </w:rPr>
        <w:t xml:space="preserve">Points Claimed: </w:t>
      </w:r>
      <w:r>
        <w:t>____________________</w:t>
      </w:r>
    </w:p>
    <w:p w14:paraId="244A71A1" w14:textId="77777777" w:rsidR="00FA66F4" w:rsidRDefault="00FA66F4" w:rsidP="003A6EF2">
      <w:pPr>
        <w:spacing w:after="40" w:line="720" w:lineRule="auto"/>
      </w:pPr>
    </w:p>
    <w:p w14:paraId="337C8458" w14:textId="77777777" w:rsidR="003A6EF2" w:rsidRDefault="003A6EF2" w:rsidP="003A6EF2">
      <w:pPr>
        <w:spacing w:before="40" w:line="720" w:lineRule="auto"/>
      </w:pPr>
      <w:r>
        <w:rPr>
          <w:b/>
        </w:rPr>
        <w:t xml:space="preserve">Credential / Designation: </w:t>
      </w:r>
      <w:r>
        <w:t>___________________________________________________________________</w:t>
      </w:r>
    </w:p>
    <w:p w14:paraId="4AEDF2CB" w14:textId="77777777" w:rsidR="003A6EF2" w:rsidRDefault="003A6EF2" w:rsidP="003A6EF2">
      <w:pPr>
        <w:spacing w:before="40" w:line="720" w:lineRule="auto"/>
      </w:pPr>
      <w:r>
        <w:rPr>
          <w:b/>
        </w:rPr>
        <w:t xml:space="preserve">Issuing Organization: </w:t>
      </w:r>
      <w:r>
        <w:t>_____________________________________________________________________</w:t>
      </w:r>
    </w:p>
    <w:p w14:paraId="258832E2" w14:textId="77777777" w:rsidR="003A6EF2" w:rsidRDefault="003A6EF2" w:rsidP="003A6EF2">
      <w:pPr>
        <w:spacing w:before="40" w:line="720" w:lineRule="auto"/>
      </w:pPr>
      <w:r>
        <w:rPr>
          <w:b/>
        </w:rPr>
        <w:t xml:space="preserve">Date Issued: </w:t>
      </w:r>
      <w:r>
        <w:t xml:space="preserve">____________________           </w:t>
      </w:r>
      <w:r>
        <w:rPr>
          <w:b/>
        </w:rPr>
        <w:t xml:space="preserve">Expiration Date (if applicable): </w:t>
      </w:r>
      <w:r>
        <w:t>_________________________</w:t>
      </w:r>
    </w:p>
    <w:p w14:paraId="7514D979" w14:textId="77777777" w:rsidR="003A6EF2" w:rsidRDefault="003A6EF2" w:rsidP="003A6EF2">
      <w:pPr>
        <w:spacing w:before="40" w:line="720" w:lineRule="auto"/>
      </w:pPr>
      <w:r>
        <w:rPr>
          <w:b/>
        </w:rPr>
        <w:t xml:space="preserve">Points Claimed: </w:t>
      </w:r>
      <w:r>
        <w:t>____________________</w:t>
      </w:r>
    </w:p>
    <w:p w14:paraId="48C32287" w14:textId="77777777" w:rsidR="003A6EF2" w:rsidRDefault="003A6EF2">
      <w:pPr>
        <w:spacing w:after="40"/>
      </w:pPr>
    </w:p>
    <w:p w14:paraId="6A37E49C" w14:textId="77777777" w:rsidR="003A6EF2" w:rsidRDefault="003A6EF2">
      <w:pPr>
        <w:spacing w:after="40"/>
      </w:pPr>
    </w:p>
    <w:p w14:paraId="6894E4E4" w14:textId="77777777" w:rsidR="003A6EF2" w:rsidRDefault="003A6EF2" w:rsidP="003A6EF2">
      <w:pPr>
        <w:spacing w:before="40" w:line="720" w:lineRule="auto"/>
      </w:pPr>
      <w:r>
        <w:rPr>
          <w:b/>
        </w:rPr>
        <w:t xml:space="preserve">Credential / Designation: </w:t>
      </w:r>
      <w:r>
        <w:t>___________________________________________________________________</w:t>
      </w:r>
    </w:p>
    <w:p w14:paraId="331DFA3C" w14:textId="77777777" w:rsidR="003A6EF2" w:rsidRDefault="003A6EF2" w:rsidP="003A6EF2">
      <w:pPr>
        <w:spacing w:before="40" w:line="720" w:lineRule="auto"/>
      </w:pPr>
      <w:r>
        <w:rPr>
          <w:b/>
        </w:rPr>
        <w:t xml:space="preserve">Issuing Organization: </w:t>
      </w:r>
      <w:r>
        <w:t>_____________________________________________________________________</w:t>
      </w:r>
    </w:p>
    <w:p w14:paraId="2015AFDB" w14:textId="77777777" w:rsidR="003A6EF2" w:rsidRDefault="003A6EF2" w:rsidP="003A6EF2">
      <w:pPr>
        <w:spacing w:before="40" w:line="720" w:lineRule="auto"/>
      </w:pPr>
      <w:r>
        <w:rPr>
          <w:b/>
        </w:rPr>
        <w:t xml:space="preserve">Date Issued: </w:t>
      </w:r>
      <w:r>
        <w:t xml:space="preserve">____________________           </w:t>
      </w:r>
      <w:r>
        <w:rPr>
          <w:b/>
        </w:rPr>
        <w:t xml:space="preserve">Expiration Date (if applicable): </w:t>
      </w:r>
      <w:r>
        <w:t>_________________________</w:t>
      </w:r>
    </w:p>
    <w:p w14:paraId="7B083926" w14:textId="77777777" w:rsidR="003A6EF2" w:rsidRDefault="003A6EF2" w:rsidP="003A6EF2">
      <w:pPr>
        <w:spacing w:before="40" w:line="720" w:lineRule="auto"/>
      </w:pPr>
      <w:r>
        <w:rPr>
          <w:b/>
        </w:rPr>
        <w:t xml:space="preserve">Points Claimed: </w:t>
      </w:r>
      <w:r>
        <w:t>____________________</w:t>
      </w:r>
    </w:p>
    <w:p w14:paraId="6D3014A5" w14:textId="77777777" w:rsidR="003A6EF2" w:rsidRDefault="003A6EF2">
      <w:pPr>
        <w:spacing w:after="40"/>
      </w:pPr>
    </w:p>
    <w:p w14:paraId="1C7C85D2" w14:textId="77777777" w:rsidR="003A6EF2" w:rsidRDefault="003A6EF2">
      <w:pPr>
        <w:spacing w:after="40"/>
      </w:pPr>
    </w:p>
    <w:p w14:paraId="1213FFC8" w14:textId="77777777" w:rsidR="003A6EF2" w:rsidRDefault="003A6EF2">
      <w:pPr>
        <w:spacing w:after="40"/>
      </w:pPr>
    </w:p>
    <w:p w14:paraId="6DA85543" w14:textId="05B1C543" w:rsidR="003A6EF2" w:rsidRDefault="003A6EF2" w:rsidP="003A6EF2">
      <w:pPr>
        <w:spacing w:before="40" w:line="960" w:lineRule="auto"/>
      </w:pPr>
      <w:r>
        <w:rPr>
          <w:b/>
        </w:rPr>
        <w:t>SECTION 2 TOTAL POINTS</w:t>
      </w:r>
      <w:r w:rsidR="00AA27E8">
        <w:rPr>
          <w:b/>
        </w:rPr>
        <w:t xml:space="preserve"> (Maximum150)</w:t>
      </w:r>
      <w:r>
        <w:rPr>
          <w:b/>
        </w:rPr>
        <w:t xml:space="preserve">: </w:t>
      </w:r>
      <w:r>
        <w:t>_________________</w:t>
      </w:r>
    </w:p>
    <w:p w14:paraId="552E560F" w14:textId="77777777" w:rsidR="003A6EF2" w:rsidRDefault="003A6EF2">
      <w:pPr>
        <w:spacing w:after="40"/>
      </w:pPr>
    </w:p>
    <w:p w14:paraId="6EF8E07B" w14:textId="77777777" w:rsidR="003A6EF2" w:rsidRDefault="003A6EF2">
      <w:pPr>
        <w:spacing w:before="200" w:after="140"/>
        <w:jc w:val="center"/>
        <w:rPr>
          <w:b/>
          <w:sz w:val="32"/>
        </w:rPr>
      </w:pPr>
    </w:p>
    <w:p w14:paraId="0BFBD77A" w14:textId="2F0F09D4" w:rsidR="00FA66F4" w:rsidRDefault="0079117A">
      <w:pPr>
        <w:spacing w:before="200" w:after="140"/>
        <w:jc w:val="center"/>
      </w:pPr>
      <w:r>
        <w:rPr>
          <w:b/>
          <w:sz w:val="32"/>
        </w:rPr>
        <w:lastRenderedPageBreak/>
        <w:t>Section 3</w:t>
      </w:r>
    </w:p>
    <w:p w14:paraId="57860C9B" w14:textId="77777777" w:rsidR="00FA66F4" w:rsidRDefault="0079117A">
      <w:pPr>
        <w:jc w:val="center"/>
        <w:rPr>
          <w:b/>
          <w:sz w:val="24"/>
        </w:rPr>
      </w:pPr>
      <w:r>
        <w:rPr>
          <w:b/>
          <w:sz w:val="24"/>
        </w:rPr>
        <w:t>Correctional Experience</w:t>
      </w:r>
    </w:p>
    <w:p w14:paraId="040828ED" w14:textId="77777777" w:rsidR="003A6EF2" w:rsidRDefault="003A6EF2">
      <w:pPr>
        <w:jc w:val="center"/>
      </w:pPr>
    </w:p>
    <w:p w14:paraId="4C9E735E" w14:textId="77777777" w:rsidR="00FA66F4" w:rsidRDefault="0079117A">
      <w:pPr>
        <w:rPr>
          <w:b/>
        </w:rPr>
      </w:pPr>
      <w:r>
        <w:rPr>
          <w:b/>
        </w:rPr>
        <w:t>Maximum allowable points: 200</w:t>
      </w:r>
    </w:p>
    <w:p w14:paraId="2B02849C" w14:textId="77777777" w:rsidR="003A6EF2" w:rsidRDefault="003A6EF2"/>
    <w:p w14:paraId="75BCCDEA" w14:textId="483BD471" w:rsidR="00FA66F4" w:rsidRDefault="0079117A">
      <w:pPr>
        <w:spacing w:after="140" w:line="269" w:lineRule="auto"/>
      </w:pPr>
      <w:r>
        <w:rPr>
          <w:b/>
        </w:rPr>
        <w:t xml:space="preserve">MANDATORY ELIGIBILITY REQUIREMENT: </w:t>
      </w:r>
      <w:r>
        <w:t xml:space="preserve">The applicant must have completed a minimum of </w:t>
      </w:r>
      <w:r w:rsidR="00F878B9">
        <w:t>3 hours a week or 156 hours a year</w:t>
      </w:r>
      <w:r>
        <w:t xml:space="preserve"> of service as a jail or prison chaplain. Qualifying experience is awarded at 40 points per completed year. Points are awarded for complete years only.</w:t>
      </w:r>
    </w:p>
    <w:p w14:paraId="74C62416" w14:textId="77777777" w:rsidR="003A6EF2" w:rsidRDefault="003A6EF2">
      <w:pPr>
        <w:spacing w:after="140" w:line="269" w:lineRule="auto"/>
      </w:pPr>
    </w:p>
    <w:tbl>
      <w:tblPr>
        <w:tblW w:w="0" w:type="auto"/>
        <w:jc w:val="center"/>
        <w:tblLook w:val="04A0" w:firstRow="1" w:lastRow="0" w:firstColumn="1" w:lastColumn="0" w:noHBand="0" w:noVBand="1"/>
      </w:tblPr>
      <w:tblGrid>
        <w:gridCol w:w="10368"/>
      </w:tblGrid>
      <w:tr w:rsidR="00FA66F4" w14:paraId="6206950F" w14:textId="77777777">
        <w:trPr>
          <w:jc w:val="center"/>
        </w:trPr>
        <w:tc>
          <w:tcPr>
            <w:tcW w:w="10368" w:type="dxa"/>
            <w:shd w:val="clear" w:color="auto" w:fill="F2F2F2"/>
            <w:tcMar>
              <w:top w:w="75" w:type="dxa"/>
              <w:left w:w="90" w:type="dxa"/>
              <w:bottom w:w="75" w:type="dxa"/>
              <w:right w:w="90" w:type="dxa"/>
            </w:tcMar>
            <w:vAlign w:val="center"/>
          </w:tcPr>
          <w:p w14:paraId="67347202" w14:textId="77777777" w:rsidR="00FA66F4" w:rsidRDefault="0079117A">
            <w:pPr>
              <w:spacing w:before="20" w:after="60" w:line="252" w:lineRule="auto"/>
            </w:pPr>
            <w:r>
              <w:rPr>
                <w:b/>
              </w:rPr>
              <w:t xml:space="preserve">Required Documentation: </w:t>
            </w:r>
            <w:r>
              <w:t>Provide a job/position description or official agency documentation verifying each correctional chaplain position, dates of service, and status.</w:t>
            </w:r>
          </w:p>
        </w:tc>
      </w:tr>
    </w:tbl>
    <w:p w14:paraId="31915497" w14:textId="77777777" w:rsidR="00FA66F4" w:rsidRDefault="00FA66F4">
      <w:pPr>
        <w:spacing w:after="40"/>
      </w:pPr>
    </w:p>
    <w:p w14:paraId="2DA80459" w14:textId="77777777" w:rsidR="003A6EF2" w:rsidRDefault="003A6EF2">
      <w:pPr>
        <w:spacing w:after="40"/>
      </w:pPr>
    </w:p>
    <w:p w14:paraId="2F66ED2A" w14:textId="30A47A2F" w:rsidR="00FA66F4" w:rsidRDefault="0079117A" w:rsidP="003A6EF2">
      <w:pPr>
        <w:spacing w:line="720" w:lineRule="auto"/>
      </w:pPr>
      <w:r>
        <w:rPr>
          <w:b/>
        </w:rPr>
        <w:t>Current Correctional Chaplain Position</w:t>
      </w:r>
    </w:p>
    <w:p w14:paraId="1AA5229A" w14:textId="088405A8" w:rsidR="00FA66F4" w:rsidRDefault="0079117A" w:rsidP="003A6EF2">
      <w:pPr>
        <w:spacing w:before="40" w:line="720" w:lineRule="auto"/>
      </w:pPr>
      <w:r>
        <w:rPr>
          <w:b/>
        </w:rPr>
        <w:t xml:space="preserve">Agency / Facility: </w:t>
      </w:r>
      <w:r>
        <w:t>_______________________________________________________</w:t>
      </w:r>
      <w:r w:rsidR="00AA27E8">
        <w:t>__________________</w:t>
      </w:r>
    </w:p>
    <w:p w14:paraId="4C2D2637" w14:textId="6686D7F3" w:rsidR="00FA66F4" w:rsidRDefault="0079117A" w:rsidP="003A6EF2">
      <w:pPr>
        <w:spacing w:before="40" w:line="720" w:lineRule="auto"/>
      </w:pPr>
      <w:r>
        <w:rPr>
          <w:b/>
        </w:rPr>
        <w:t xml:space="preserve">Address: </w:t>
      </w:r>
      <w:r>
        <w:t>______________________________________________________________</w:t>
      </w:r>
      <w:r w:rsidR="00AA27E8">
        <w:t>__________________</w:t>
      </w:r>
    </w:p>
    <w:p w14:paraId="7B1FF5A0" w14:textId="3A5FA9AF" w:rsidR="00FA66F4" w:rsidRDefault="0079117A" w:rsidP="003A6EF2">
      <w:pPr>
        <w:spacing w:before="40" w:line="720" w:lineRule="auto"/>
      </w:pPr>
      <w:r>
        <w:rPr>
          <w:b/>
        </w:rPr>
        <w:t xml:space="preserve">Position / Title: </w:t>
      </w:r>
      <w:r>
        <w:t>____________________________________________________</w:t>
      </w:r>
      <w:r w:rsidR="00AA27E8">
        <w:t>_______________________</w:t>
      </w:r>
    </w:p>
    <w:p w14:paraId="141EFFAD" w14:textId="624FDB37" w:rsidR="00FA66F4" w:rsidRDefault="0079117A" w:rsidP="003A6EF2">
      <w:pPr>
        <w:spacing w:before="60" w:after="120" w:line="720" w:lineRule="auto"/>
      </w:pPr>
      <w:r>
        <w:t xml:space="preserve">Service status: [ </w:t>
      </w:r>
      <w:proofErr w:type="gramStart"/>
      <w:r w:rsidR="00AA27E8">
        <w:t xml:space="preserve">  </w:t>
      </w:r>
      <w:r>
        <w:t>]</w:t>
      </w:r>
      <w:proofErr w:type="gramEnd"/>
      <w:r>
        <w:t xml:space="preserve"> Paid Staff</w:t>
      </w:r>
      <w:proofErr w:type="gramStart"/>
      <w:r>
        <w:t xml:space="preserve">   [</w:t>
      </w:r>
      <w:proofErr w:type="gramEnd"/>
      <w:r>
        <w:t xml:space="preserve"> </w:t>
      </w:r>
      <w:proofErr w:type="gramStart"/>
      <w:r w:rsidR="00AA27E8">
        <w:t xml:space="preserve">  </w:t>
      </w:r>
      <w:r>
        <w:t>]</w:t>
      </w:r>
      <w:proofErr w:type="gramEnd"/>
      <w:r>
        <w:t xml:space="preserve"> Contract</w:t>
      </w:r>
      <w:proofErr w:type="gramStart"/>
      <w:r>
        <w:t xml:space="preserve">   [</w:t>
      </w:r>
      <w:proofErr w:type="gramEnd"/>
      <w:r w:rsidR="00AA27E8">
        <w:t xml:space="preserve"> </w:t>
      </w:r>
      <w:proofErr w:type="gramStart"/>
      <w:r w:rsidR="00AA27E8">
        <w:t xml:space="preserve"> </w:t>
      </w:r>
      <w:r>
        <w:t xml:space="preserve"> ]</w:t>
      </w:r>
      <w:proofErr w:type="gramEnd"/>
      <w:r>
        <w:t xml:space="preserve"> Volunteer</w:t>
      </w:r>
      <w:proofErr w:type="gramStart"/>
      <w:r>
        <w:t xml:space="preserve">   [</w:t>
      </w:r>
      <w:proofErr w:type="gramEnd"/>
      <w:r>
        <w:t xml:space="preserve"> ] Other: __________________</w:t>
      </w:r>
      <w:r w:rsidR="00AA27E8">
        <w:t>_______________</w:t>
      </w:r>
    </w:p>
    <w:p w14:paraId="32EE59E5" w14:textId="577027DF" w:rsidR="00FA66F4" w:rsidRDefault="0079117A" w:rsidP="003A6EF2">
      <w:pPr>
        <w:spacing w:before="40" w:line="720" w:lineRule="auto"/>
      </w:pPr>
      <w:r>
        <w:rPr>
          <w:b/>
        </w:rPr>
        <w:t xml:space="preserve">Dates: From </w:t>
      </w:r>
      <w:r>
        <w:t>_________________</w:t>
      </w:r>
      <w:proofErr w:type="gramStart"/>
      <w:r>
        <w:t>_</w:t>
      </w:r>
      <w:r w:rsidR="00AA27E8">
        <w:t xml:space="preserve">  </w:t>
      </w:r>
      <w:r>
        <w:rPr>
          <w:b/>
        </w:rPr>
        <w:t>To</w:t>
      </w:r>
      <w:proofErr w:type="gramEnd"/>
      <w:r>
        <w:rPr>
          <w:b/>
        </w:rPr>
        <w:t xml:space="preserve">: </w:t>
      </w:r>
      <w:r>
        <w:t>_________________</w:t>
      </w:r>
      <w:proofErr w:type="gramStart"/>
      <w:r>
        <w:t>_</w:t>
      </w:r>
      <w:r w:rsidR="00AA27E8">
        <w:t xml:space="preserve">  </w:t>
      </w:r>
      <w:r>
        <w:rPr>
          <w:b/>
        </w:rPr>
        <w:t>#</w:t>
      </w:r>
      <w:proofErr w:type="gramEnd"/>
      <w:r>
        <w:rPr>
          <w:b/>
        </w:rPr>
        <w:t xml:space="preserve"> of FULL years completed:</w:t>
      </w:r>
      <w:r w:rsidR="00AA27E8">
        <w:rPr>
          <w:b/>
        </w:rPr>
        <w:t xml:space="preserve"> ____________</w:t>
      </w:r>
    </w:p>
    <w:p w14:paraId="7CFB65E1" w14:textId="77777777" w:rsidR="00FA66F4" w:rsidRDefault="0079117A" w:rsidP="003A6EF2">
      <w:pPr>
        <w:spacing w:before="60" w:after="120" w:line="720" w:lineRule="auto"/>
      </w:pPr>
      <w:proofErr w:type="gramStart"/>
      <w:r>
        <w:rPr>
          <w:b/>
        </w:rPr>
        <w:t xml:space="preserve">Calculation: </w:t>
      </w:r>
      <w:r>
        <w:t>_</w:t>
      </w:r>
      <w:proofErr w:type="gramEnd"/>
      <w:r>
        <w:t>____ full years x 40 points = __________ points</w:t>
      </w:r>
    </w:p>
    <w:p w14:paraId="538051B6" w14:textId="6317D76D" w:rsidR="00FA66F4" w:rsidRDefault="0079117A" w:rsidP="003A6EF2">
      <w:pPr>
        <w:spacing w:before="40" w:line="720" w:lineRule="auto"/>
      </w:pPr>
      <w:r>
        <w:rPr>
          <w:b/>
        </w:rPr>
        <w:t xml:space="preserve">Brief description of chaplain duties: </w:t>
      </w:r>
      <w:r>
        <w:t>___________________________________________</w:t>
      </w:r>
      <w:r w:rsidR="00AA27E8">
        <w:t>______________</w:t>
      </w:r>
    </w:p>
    <w:p w14:paraId="7CCB9F63" w14:textId="24B04EA2" w:rsidR="00FA66F4" w:rsidRDefault="0079117A" w:rsidP="003A6EF2">
      <w:pPr>
        <w:spacing w:before="40" w:line="720" w:lineRule="auto"/>
      </w:pPr>
      <w:r>
        <w:t>________________________________________________________________________________________</w:t>
      </w:r>
    </w:p>
    <w:p w14:paraId="2AAE84DD" w14:textId="1AC5751F" w:rsidR="00FA66F4" w:rsidRDefault="0079117A" w:rsidP="003A6EF2">
      <w:pPr>
        <w:spacing w:before="40" w:line="720" w:lineRule="auto"/>
      </w:pPr>
      <w:r>
        <w:t>________________________________________________________________________________________</w:t>
      </w:r>
    </w:p>
    <w:p w14:paraId="0150C78E" w14:textId="77777777" w:rsidR="00AA27E8" w:rsidRDefault="00AA27E8" w:rsidP="00AA27E8">
      <w:pPr>
        <w:spacing w:before="40" w:line="720" w:lineRule="auto"/>
      </w:pPr>
      <w:r>
        <w:t>________________________________________________________________________________________</w:t>
      </w:r>
    </w:p>
    <w:p w14:paraId="2E973DC9" w14:textId="77777777" w:rsidR="00AA27E8" w:rsidRDefault="00AA27E8" w:rsidP="003A6EF2">
      <w:pPr>
        <w:spacing w:line="720" w:lineRule="auto"/>
        <w:rPr>
          <w:b/>
        </w:rPr>
      </w:pPr>
    </w:p>
    <w:p w14:paraId="042BDB58" w14:textId="50BE462E" w:rsidR="00FA66F4" w:rsidRDefault="00AA27E8" w:rsidP="003A6EF2">
      <w:pPr>
        <w:spacing w:line="720" w:lineRule="auto"/>
      </w:pPr>
      <w:r>
        <w:rPr>
          <w:b/>
        </w:rPr>
        <w:lastRenderedPageBreak/>
        <w:t>Previous</w:t>
      </w:r>
      <w:r w:rsidR="0079117A">
        <w:rPr>
          <w:b/>
        </w:rPr>
        <w:t xml:space="preserve"> Correctional Chaplain Position</w:t>
      </w:r>
    </w:p>
    <w:p w14:paraId="20F9351F" w14:textId="77777777" w:rsidR="00AA27E8" w:rsidRDefault="00AA27E8" w:rsidP="00AA27E8">
      <w:pPr>
        <w:spacing w:before="40" w:line="720" w:lineRule="auto"/>
      </w:pPr>
      <w:r>
        <w:rPr>
          <w:b/>
        </w:rPr>
        <w:t xml:space="preserve">Agency / Facility: </w:t>
      </w:r>
      <w:r>
        <w:t>_________________________________________________________________________</w:t>
      </w:r>
    </w:p>
    <w:p w14:paraId="1377A295" w14:textId="77777777" w:rsidR="00AA27E8" w:rsidRDefault="00AA27E8" w:rsidP="00AA27E8">
      <w:pPr>
        <w:spacing w:before="40" w:line="720" w:lineRule="auto"/>
      </w:pPr>
      <w:r>
        <w:rPr>
          <w:b/>
        </w:rPr>
        <w:t xml:space="preserve">Address: </w:t>
      </w:r>
      <w:r>
        <w:t>________________________________________________________________________________</w:t>
      </w:r>
    </w:p>
    <w:p w14:paraId="6FA4EA12" w14:textId="77777777" w:rsidR="00AA27E8" w:rsidRDefault="00AA27E8" w:rsidP="00AA27E8">
      <w:pPr>
        <w:spacing w:before="40" w:line="720" w:lineRule="auto"/>
      </w:pPr>
      <w:r>
        <w:rPr>
          <w:b/>
        </w:rPr>
        <w:t xml:space="preserve">Position / Title: </w:t>
      </w:r>
      <w:r>
        <w:t>___________________________________________________________________________</w:t>
      </w:r>
    </w:p>
    <w:p w14:paraId="24B49A5E" w14:textId="77777777" w:rsidR="00AA27E8" w:rsidRDefault="00AA27E8" w:rsidP="00AA27E8">
      <w:pPr>
        <w:spacing w:before="60" w:after="120" w:line="720" w:lineRule="auto"/>
      </w:pPr>
      <w:r>
        <w:t xml:space="preserve">Service status: [ </w:t>
      </w:r>
      <w:proofErr w:type="gramStart"/>
      <w:r>
        <w:t xml:space="preserve">  ]</w:t>
      </w:r>
      <w:proofErr w:type="gramEnd"/>
      <w:r>
        <w:t xml:space="preserve"> Paid Staff</w:t>
      </w:r>
      <w:proofErr w:type="gramStart"/>
      <w:r>
        <w:t xml:space="preserve">   [</w:t>
      </w:r>
      <w:proofErr w:type="gramEnd"/>
      <w:r>
        <w:t xml:space="preserve"> </w:t>
      </w:r>
      <w:proofErr w:type="gramStart"/>
      <w:r>
        <w:t xml:space="preserve">  ]</w:t>
      </w:r>
      <w:proofErr w:type="gramEnd"/>
      <w:r>
        <w:t xml:space="preserve"> Contract</w:t>
      </w:r>
      <w:proofErr w:type="gramStart"/>
      <w:r>
        <w:t xml:space="preserve">   [</w:t>
      </w:r>
      <w:proofErr w:type="gramEnd"/>
      <w:r>
        <w:t xml:space="preserve"> </w:t>
      </w:r>
      <w:proofErr w:type="gramStart"/>
      <w:r>
        <w:t xml:space="preserve">  ]</w:t>
      </w:r>
      <w:proofErr w:type="gramEnd"/>
      <w:r>
        <w:t xml:space="preserve"> Volunteer</w:t>
      </w:r>
      <w:proofErr w:type="gramStart"/>
      <w:r>
        <w:t xml:space="preserve">   [</w:t>
      </w:r>
      <w:proofErr w:type="gramEnd"/>
      <w:r>
        <w:t xml:space="preserve"> ] Other: _________________________________</w:t>
      </w:r>
    </w:p>
    <w:p w14:paraId="3F92DC4B" w14:textId="77777777" w:rsidR="00AA27E8" w:rsidRDefault="00AA27E8" w:rsidP="00AA27E8">
      <w:pPr>
        <w:spacing w:before="40" w:line="720" w:lineRule="auto"/>
      </w:pPr>
      <w:r>
        <w:rPr>
          <w:b/>
        </w:rPr>
        <w:t xml:space="preserve">Dates: From </w:t>
      </w:r>
      <w:r>
        <w:t>_________________</w:t>
      </w:r>
      <w:proofErr w:type="gramStart"/>
      <w:r>
        <w:t xml:space="preserve">_  </w:t>
      </w:r>
      <w:r>
        <w:rPr>
          <w:b/>
        </w:rPr>
        <w:t>To</w:t>
      </w:r>
      <w:proofErr w:type="gramEnd"/>
      <w:r>
        <w:rPr>
          <w:b/>
        </w:rPr>
        <w:t xml:space="preserve">: </w:t>
      </w:r>
      <w:r>
        <w:t>_________________</w:t>
      </w:r>
      <w:proofErr w:type="gramStart"/>
      <w:r>
        <w:t xml:space="preserve">_  </w:t>
      </w:r>
      <w:r>
        <w:rPr>
          <w:b/>
        </w:rPr>
        <w:t>#</w:t>
      </w:r>
      <w:proofErr w:type="gramEnd"/>
      <w:r>
        <w:rPr>
          <w:b/>
        </w:rPr>
        <w:t xml:space="preserve"> of FULL years completed: ____________</w:t>
      </w:r>
    </w:p>
    <w:p w14:paraId="001A026A" w14:textId="77777777" w:rsidR="00AA27E8" w:rsidRDefault="00AA27E8" w:rsidP="00AA27E8">
      <w:pPr>
        <w:spacing w:before="60" w:after="120" w:line="720" w:lineRule="auto"/>
      </w:pPr>
      <w:proofErr w:type="gramStart"/>
      <w:r>
        <w:rPr>
          <w:b/>
        </w:rPr>
        <w:t xml:space="preserve">Calculation: </w:t>
      </w:r>
      <w:r>
        <w:t>_</w:t>
      </w:r>
      <w:proofErr w:type="gramEnd"/>
      <w:r>
        <w:t>____ full years x 40 points = __________ points</w:t>
      </w:r>
    </w:p>
    <w:p w14:paraId="00DB55D5" w14:textId="77777777" w:rsidR="00AA27E8" w:rsidRDefault="00AA27E8" w:rsidP="00AA27E8">
      <w:pPr>
        <w:spacing w:before="40" w:line="720" w:lineRule="auto"/>
      </w:pPr>
      <w:r>
        <w:rPr>
          <w:b/>
        </w:rPr>
        <w:t xml:space="preserve">Brief description of chaplain duties: </w:t>
      </w:r>
      <w:r>
        <w:t>_________________________________________________________</w:t>
      </w:r>
    </w:p>
    <w:p w14:paraId="79787E21" w14:textId="77777777" w:rsidR="00AA27E8" w:rsidRDefault="00AA27E8" w:rsidP="00AA27E8">
      <w:pPr>
        <w:spacing w:before="40" w:line="720" w:lineRule="auto"/>
      </w:pPr>
      <w:r>
        <w:t>________________________________________________________________________________________</w:t>
      </w:r>
    </w:p>
    <w:p w14:paraId="1E8BB795" w14:textId="77777777" w:rsidR="00AA27E8" w:rsidRDefault="00AA27E8" w:rsidP="00AA27E8">
      <w:pPr>
        <w:spacing w:before="40" w:line="720" w:lineRule="auto"/>
      </w:pPr>
      <w:r>
        <w:t>________________________________________________________________________________________</w:t>
      </w:r>
    </w:p>
    <w:p w14:paraId="130445EA" w14:textId="77777777" w:rsidR="00AA27E8" w:rsidRDefault="00AA27E8" w:rsidP="00AA27E8">
      <w:pPr>
        <w:spacing w:before="40" w:line="720" w:lineRule="auto"/>
      </w:pPr>
      <w:r>
        <w:t>________________________________________________________________________________________</w:t>
      </w:r>
    </w:p>
    <w:p w14:paraId="17E0C370" w14:textId="77777777" w:rsidR="00AA27E8" w:rsidRDefault="00AA27E8">
      <w:pPr>
        <w:spacing w:before="40" w:line="252" w:lineRule="auto"/>
      </w:pPr>
    </w:p>
    <w:p w14:paraId="254C9729" w14:textId="77777777" w:rsidR="00AA27E8" w:rsidRDefault="00AA27E8">
      <w:pPr>
        <w:spacing w:before="40" w:line="252" w:lineRule="auto"/>
        <w:rPr>
          <w:b/>
        </w:rPr>
      </w:pPr>
    </w:p>
    <w:p w14:paraId="3D611416" w14:textId="25FAE5BF" w:rsidR="00FA66F4" w:rsidRDefault="0079117A">
      <w:pPr>
        <w:spacing w:before="40" w:line="252" w:lineRule="auto"/>
      </w:pPr>
      <w:r>
        <w:rPr>
          <w:b/>
        </w:rPr>
        <w:t xml:space="preserve">SECTION 3 TOTAL POINTS (Maximum 200): </w:t>
      </w:r>
      <w:r>
        <w:t>____________________</w:t>
      </w:r>
    </w:p>
    <w:p w14:paraId="504C6569" w14:textId="77777777" w:rsidR="00FA66F4" w:rsidRDefault="0079117A">
      <w:pPr>
        <w:spacing w:after="40"/>
      </w:pPr>
      <w:r>
        <w:br w:type="page"/>
      </w:r>
    </w:p>
    <w:p w14:paraId="1DDB49AF" w14:textId="77777777" w:rsidR="00FA66F4" w:rsidRDefault="0079117A">
      <w:pPr>
        <w:spacing w:before="200" w:after="140"/>
        <w:jc w:val="center"/>
      </w:pPr>
      <w:r>
        <w:rPr>
          <w:b/>
          <w:sz w:val="32"/>
        </w:rPr>
        <w:lastRenderedPageBreak/>
        <w:t>Section 4</w:t>
      </w:r>
    </w:p>
    <w:p w14:paraId="00A67E91" w14:textId="77777777" w:rsidR="00FA66F4" w:rsidRDefault="0079117A">
      <w:pPr>
        <w:jc w:val="center"/>
      </w:pPr>
      <w:r>
        <w:rPr>
          <w:b/>
          <w:sz w:val="24"/>
        </w:rPr>
        <w:t>Ministry &amp; Chaplaincy Experience</w:t>
      </w:r>
    </w:p>
    <w:p w14:paraId="4DAC87DB" w14:textId="77777777" w:rsidR="00AA27E8" w:rsidRDefault="00AA27E8">
      <w:pPr>
        <w:rPr>
          <w:b/>
        </w:rPr>
      </w:pPr>
    </w:p>
    <w:p w14:paraId="0E5238CD" w14:textId="1BA2C000" w:rsidR="00FA66F4" w:rsidRDefault="0079117A">
      <w:pPr>
        <w:rPr>
          <w:b/>
        </w:rPr>
      </w:pPr>
      <w:r>
        <w:rPr>
          <w:b/>
        </w:rPr>
        <w:t>Maximum allowable points: 100   |   Minimum required: 20 points</w:t>
      </w:r>
    </w:p>
    <w:p w14:paraId="03BB2286" w14:textId="77777777" w:rsidR="00AA27E8" w:rsidRDefault="00AA27E8"/>
    <w:p w14:paraId="0359C5D4" w14:textId="77777777" w:rsidR="00FA66F4" w:rsidRDefault="0079117A">
      <w:pPr>
        <w:spacing w:after="140" w:line="269" w:lineRule="auto"/>
      </w:pPr>
      <w:r>
        <w:t>Qualifying experience may include congregational/pastoral ministry, healthcare or hospice chaplaincy, military chaplaincy, law-enforcement/public-safety chaplaincy, community chaplaincy, crisis/disaster ministry, or other ministry/chaplaincy experience approved by the JMCC. Proposed value: 20 points per completed year.</w:t>
      </w:r>
    </w:p>
    <w:p w14:paraId="4A006FB1" w14:textId="77777777" w:rsidR="00AA27E8" w:rsidRDefault="00AA27E8">
      <w:pPr>
        <w:spacing w:after="140" w:line="269" w:lineRule="auto"/>
      </w:pPr>
    </w:p>
    <w:tbl>
      <w:tblPr>
        <w:tblW w:w="0" w:type="auto"/>
        <w:jc w:val="center"/>
        <w:tblLook w:val="04A0" w:firstRow="1" w:lastRow="0" w:firstColumn="1" w:lastColumn="0" w:noHBand="0" w:noVBand="1"/>
      </w:tblPr>
      <w:tblGrid>
        <w:gridCol w:w="10368"/>
      </w:tblGrid>
      <w:tr w:rsidR="00FA66F4" w14:paraId="74E06114" w14:textId="77777777">
        <w:trPr>
          <w:jc w:val="center"/>
        </w:trPr>
        <w:tc>
          <w:tcPr>
            <w:tcW w:w="10368" w:type="dxa"/>
            <w:shd w:val="clear" w:color="auto" w:fill="F2F2F2"/>
            <w:tcMar>
              <w:top w:w="75" w:type="dxa"/>
              <w:left w:w="90" w:type="dxa"/>
              <w:bottom w:w="75" w:type="dxa"/>
              <w:right w:w="90" w:type="dxa"/>
            </w:tcMar>
            <w:vAlign w:val="center"/>
          </w:tcPr>
          <w:p w14:paraId="2606FB38" w14:textId="77777777" w:rsidR="00FA66F4" w:rsidRDefault="0079117A">
            <w:pPr>
              <w:spacing w:before="20" w:after="60" w:line="252" w:lineRule="auto"/>
            </w:pPr>
            <w:r>
              <w:rPr>
                <w:b/>
              </w:rPr>
              <w:t xml:space="preserve">Required Documentation: </w:t>
            </w:r>
            <w:r>
              <w:t>Provide documentation from the employing, sponsoring, or authorizing organization verifying the role and dates of service.</w:t>
            </w:r>
          </w:p>
        </w:tc>
      </w:tr>
    </w:tbl>
    <w:p w14:paraId="5EF93AA1" w14:textId="77777777" w:rsidR="00FA66F4" w:rsidRDefault="00FA66F4">
      <w:pPr>
        <w:spacing w:after="40"/>
      </w:pPr>
    </w:p>
    <w:p w14:paraId="0DB95FF4" w14:textId="77777777" w:rsidR="00AA27E8" w:rsidRDefault="00AA27E8">
      <w:pPr>
        <w:spacing w:after="40"/>
      </w:pPr>
    </w:p>
    <w:p w14:paraId="1A4B2C8D" w14:textId="6ED158C8" w:rsidR="00FA66F4" w:rsidRDefault="0079117A" w:rsidP="00AA27E8">
      <w:pPr>
        <w:spacing w:before="40" w:line="720" w:lineRule="auto"/>
      </w:pPr>
      <w:r>
        <w:rPr>
          <w:b/>
        </w:rPr>
        <w:t xml:space="preserve">Organization: </w:t>
      </w:r>
      <w:r>
        <w:t>____________________________________________________________</w:t>
      </w:r>
      <w:r w:rsidR="00AA27E8">
        <w:t>________________</w:t>
      </w:r>
    </w:p>
    <w:p w14:paraId="50F8CC94" w14:textId="3E70DE44" w:rsidR="00FA66F4" w:rsidRDefault="0079117A" w:rsidP="00AA27E8">
      <w:pPr>
        <w:spacing w:before="40" w:line="720" w:lineRule="auto"/>
      </w:pPr>
      <w:r>
        <w:rPr>
          <w:b/>
        </w:rPr>
        <w:t xml:space="preserve">Role / Position: </w:t>
      </w:r>
      <w:r>
        <w:t>____________________________________________________</w:t>
      </w:r>
      <w:r w:rsidR="00AA27E8">
        <w:t>______________________</w:t>
      </w:r>
      <w:r>
        <w:t>_</w:t>
      </w:r>
    </w:p>
    <w:p w14:paraId="73CD1BCF" w14:textId="22C2404E" w:rsidR="00FA66F4" w:rsidRDefault="0079117A" w:rsidP="00AA27E8">
      <w:pPr>
        <w:spacing w:before="40" w:line="720" w:lineRule="auto"/>
      </w:pPr>
      <w:r>
        <w:rPr>
          <w:b/>
        </w:rPr>
        <w:t xml:space="preserve">Type of ministry / chaplaincy: </w:t>
      </w:r>
      <w:r>
        <w:t>___________________________________________</w:t>
      </w:r>
      <w:r w:rsidR="00AA27E8">
        <w:t>_________________</w:t>
      </w:r>
      <w:r>
        <w:t>__</w:t>
      </w:r>
    </w:p>
    <w:p w14:paraId="22C63049" w14:textId="3898718F" w:rsidR="00FA66F4" w:rsidRDefault="0079117A" w:rsidP="00AA27E8">
      <w:pPr>
        <w:spacing w:before="40" w:line="720" w:lineRule="auto"/>
      </w:pPr>
      <w:r>
        <w:rPr>
          <w:b/>
        </w:rPr>
        <w:t xml:space="preserve">Dates: From </w:t>
      </w:r>
      <w:r>
        <w:t>________________</w:t>
      </w:r>
      <w:r w:rsidR="00AA27E8">
        <w:t xml:space="preserve">          </w:t>
      </w:r>
      <w:proofErr w:type="gramStart"/>
      <w:r>
        <w:rPr>
          <w:b/>
        </w:rPr>
        <w:t>To</w:t>
      </w:r>
      <w:proofErr w:type="gramEnd"/>
      <w:r>
        <w:rPr>
          <w:b/>
        </w:rPr>
        <w:t xml:space="preserve">: </w:t>
      </w:r>
      <w:proofErr w:type="gramStart"/>
      <w:r>
        <w:t xml:space="preserve">_____________ </w:t>
      </w:r>
      <w:r w:rsidR="00AA27E8">
        <w:t xml:space="preserve">      F</w:t>
      </w:r>
      <w:r>
        <w:t xml:space="preserve">ull years x 20 points = </w:t>
      </w:r>
      <w:proofErr w:type="gramEnd"/>
      <w:r>
        <w:t>__________</w:t>
      </w:r>
      <w:r w:rsidR="00AA27E8">
        <w:t>__</w:t>
      </w:r>
      <w:r>
        <w:t xml:space="preserve"> points</w:t>
      </w:r>
    </w:p>
    <w:p w14:paraId="7D8A1AF5" w14:textId="77777777" w:rsidR="00AA27E8" w:rsidRDefault="00AA27E8" w:rsidP="00AA27E8">
      <w:pPr>
        <w:spacing w:before="40" w:line="720" w:lineRule="auto"/>
        <w:rPr>
          <w:b/>
        </w:rPr>
      </w:pPr>
    </w:p>
    <w:p w14:paraId="744CEF5A" w14:textId="26EA173C" w:rsidR="00AA27E8" w:rsidRDefault="00AA27E8" w:rsidP="00AA27E8">
      <w:pPr>
        <w:spacing w:before="40" w:line="720" w:lineRule="auto"/>
      </w:pPr>
      <w:r>
        <w:rPr>
          <w:b/>
        </w:rPr>
        <w:t xml:space="preserve">Organization: </w:t>
      </w:r>
      <w:r>
        <w:t>____________________________________________________________________________</w:t>
      </w:r>
    </w:p>
    <w:p w14:paraId="468756A4" w14:textId="77777777" w:rsidR="00AA27E8" w:rsidRDefault="00AA27E8" w:rsidP="00AA27E8">
      <w:pPr>
        <w:spacing w:before="40" w:line="720" w:lineRule="auto"/>
      </w:pPr>
      <w:r>
        <w:rPr>
          <w:b/>
        </w:rPr>
        <w:t xml:space="preserve">Role / Position: </w:t>
      </w:r>
      <w:r>
        <w:t>___________________________________________________________________________</w:t>
      </w:r>
    </w:p>
    <w:p w14:paraId="5113B0A9" w14:textId="77777777" w:rsidR="00AA27E8" w:rsidRDefault="00AA27E8" w:rsidP="00AA27E8">
      <w:pPr>
        <w:spacing w:before="40" w:line="720" w:lineRule="auto"/>
      </w:pPr>
      <w:r>
        <w:rPr>
          <w:b/>
        </w:rPr>
        <w:t xml:space="preserve">Type of ministry / chaplaincy: </w:t>
      </w:r>
      <w:r>
        <w:t>______________________________________________________________</w:t>
      </w:r>
    </w:p>
    <w:p w14:paraId="7B6D307D" w14:textId="77777777" w:rsidR="00AA27E8" w:rsidRDefault="00AA27E8" w:rsidP="00AA27E8">
      <w:pPr>
        <w:spacing w:before="40" w:line="720" w:lineRule="auto"/>
      </w:pPr>
      <w:r>
        <w:rPr>
          <w:b/>
        </w:rPr>
        <w:t xml:space="preserve">Dates: From </w:t>
      </w:r>
      <w:r>
        <w:t xml:space="preserve">________________          </w:t>
      </w:r>
      <w:proofErr w:type="gramStart"/>
      <w:r>
        <w:rPr>
          <w:b/>
        </w:rPr>
        <w:t>To</w:t>
      </w:r>
      <w:proofErr w:type="gramEnd"/>
      <w:r>
        <w:rPr>
          <w:b/>
        </w:rPr>
        <w:t xml:space="preserve">: </w:t>
      </w:r>
      <w:proofErr w:type="gramStart"/>
      <w:r>
        <w:t xml:space="preserve">_____________       Full years x 20 points = </w:t>
      </w:r>
      <w:proofErr w:type="gramEnd"/>
      <w:r>
        <w:t>____________ points</w:t>
      </w:r>
    </w:p>
    <w:p w14:paraId="466AF08E" w14:textId="77777777" w:rsidR="00AA27E8" w:rsidRDefault="00AA27E8" w:rsidP="00AA27E8">
      <w:pPr>
        <w:spacing w:before="40" w:line="720" w:lineRule="auto"/>
        <w:rPr>
          <w:b/>
        </w:rPr>
      </w:pPr>
    </w:p>
    <w:p w14:paraId="546A35F3" w14:textId="77777777" w:rsidR="00AA27E8" w:rsidRDefault="00AA27E8" w:rsidP="00AA27E8">
      <w:pPr>
        <w:spacing w:before="40" w:line="720" w:lineRule="auto"/>
        <w:rPr>
          <w:b/>
        </w:rPr>
      </w:pPr>
    </w:p>
    <w:p w14:paraId="09C9E819" w14:textId="77777777" w:rsidR="00AA27E8" w:rsidRDefault="00AA27E8" w:rsidP="00AA27E8">
      <w:pPr>
        <w:spacing w:before="40" w:line="720" w:lineRule="auto"/>
        <w:rPr>
          <w:b/>
        </w:rPr>
      </w:pPr>
    </w:p>
    <w:p w14:paraId="4DB9C9E2" w14:textId="77777777" w:rsidR="00AA27E8" w:rsidRDefault="00AA27E8" w:rsidP="00AA27E8">
      <w:pPr>
        <w:spacing w:before="40" w:line="720" w:lineRule="auto"/>
      </w:pPr>
      <w:r>
        <w:rPr>
          <w:b/>
        </w:rPr>
        <w:lastRenderedPageBreak/>
        <w:t xml:space="preserve">Organization: </w:t>
      </w:r>
      <w:r>
        <w:t>____________________________________________________________________________</w:t>
      </w:r>
    </w:p>
    <w:p w14:paraId="6B82B658" w14:textId="77777777" w:rsidR="00AA27E8" w:rsidRDefault="00AA27E8" w:rsidP="00AA27E8">
      <w:pPr>
        <w:spacing w:before="40" w:line="720" w:lineRule="auto"/>
      </w:pPr>
      <w:r>
        <w:rPr>
          <w:b/>
        </w:rPr>
        <w:t xml:space="preserve">Role / Position: </w:t>
      </w:r>
      <w:r>
        <w:t>___________________________________________________________________________</w:t>
      </w:r>
    </w:p>
    <w:p w14:paraId="109A469B" w14:textId="77777777" w:rsidR="00AA27E8" w:rsidRDefault="00AA27E8" w:rsidP="00AA27E8">
      <w:pPr>
        <w:spacing w:before="40" w:line="720" w:lineRule="auto"/>
      </w:pPr>
      <w:r>
        <w:rPr>
          <w:b/>
        </w:rPr>
        <w:t xml:space="preserve">Type of ministry / chaplaincy: </w:t>
      </w:r>
      <w:r>
        <w:t>______________________________________________________________</w:t>
      </w:r>
    </w:p>
    <w:p w14:paraId="09936CDF" w14:textId="77777777" w:rsidR="00AA27E8" w:rsidRDefault="00AA27E8" w:rsidP="00AA27E8">
      <w:pPr>
        <w:spacing w:before="40" w:line="720" w:lineRule="auto"/>
      </w:pPr>
      <w:r>
        <w:rPr>
          <w:b/>
        </w:rPr>
        <w:t xml:space="preserve">Dates: From </w:t>
      </w:r>
      <w:r>
        <w:t xml:space="preserve">________________          </w:t>
      </w:r>
      <w:proofErr w:type="gramStart"/>
      <w:r>
        <w:rPr>
          <w:b/>
        </w:rPr>
        <w:t>To</w:t>
      </w:r>
      <w:proofErr w:type="gramEnd"/>
      <w:r>
        <w:rPr>
          <w:b/>
        </w:rPr>
        <w:t xml:space="preserve">: </w:t>
      </w:r>
      <w:proofErr w:type="gramStart"/>
      <w:r>
        <w:t xml:space="preserve">_____________       Full years x 20 points = </w:t>
      </w:r>
      <w:proofErr w:type="gramEnd"/>
      <w:r>
        <w:t>____________ points</w:t>
      </w:r>
    </w:p>
    <w:p w14:paraId="37D6FD22" w14:textId="77777777" w:rsidR="00AA27E8" w:rsidRDefault="00AA27E8" w:rsidP="00AA27E8">
      <w:pPr>
        <w:spacing w:before="40" w:line="720" w:lineRule="auto"/>
        <w:rPr>
          <w:b/>
        </w:rPr>
      </w:pPr>
    </w:p>
    <w:p w14:paraId="28657CD5" w14:textId="77777777" w:rsidR="00AA27E8" w:rsidRDefault="00AA27E8" w:rsidP="00AA27E8">
      <w:pPr>
        <w:spacing w:before="40" w:line="720" w:lineRule="auto"/>
      </w:pPr>
      <w:r>
        <w:rPr>
          <w:b/>
        </w:rPr>
        <w:t xml:space="preserve">Organization: </w:t>
      </w:r>
      <w:r>
        <w:t>____________________________________________________________________________</w:t>
      </w:r>
    </w:p>
    <w:p w14:paraId="5872CCCC" w14:textId="77777777" w:rsidR="00AA27E8" w:rsidRDefault="00AA27E8" w:rsidP="00AA27E8">
      <w:pPr>
        <w:spacing w:before="40" w:line="720" w:lineRule="auto"/>
      </w:pPr>
      <w:r>
        <w:rPr>
          <w:b/>
        </w:rPr>
        <w:t xml:space="preserve">Role / Position: </w:t>
      </w:r>
      <w:r>
        <w:t>___________________________________________________________________________</w:t>
      </w:r>
    </w:p>
    <w:p w14:paraId="47278AA5" w14:textId="77777777" w:rsidR="00AA27E8" w:rsidRDefault="00AA27E8" w:rsidP="00AA27E8">
      <w:pPr>
        <w:spacing w:before="40" w:line="720" w:lineRule="auto"/>
      </w:pPr>
      <w:r>
        <w:rPr>
          <w:b/>
        </w:rPr>
        <w:t xml:space="preserve">Type of ministry / chaplaincy: </w:t>
      </w:r>
      <w:r>
        <w:t>______________________________________________________________</w:t>
      </w:r>
    </w:p>
    <w:p w14:paraId="52FEC24B" w14:textId="77777777" w:rsidR="00AA27E8" w:rsidRDefault="00AA27E8" w:rsidP="00AA27E8">
      <w:pPr>
        <w:spacing w:before="40" w:line="720" w:lineRule="auto"/>
      </w:pPr>
      <w:r>
        <w:rPr>
          <w:b/>
        </w:rPr>
        <w:t xml:space="preserve">Dates: From </w:t>
      </w:r>
      <w:r>
        <w:t xml:space="preserve">________________          </w:t>
      </w:r>
      <w:proofErr w:type="gramStart"/>
      <w:r>
        <w:rPr>
          <w:b/>
        </w:rPr>
        <w:t>To</w:t>
      </w:r>
      <w:proofErr w:type="gramEnd"/>
      <w:r>
        <w:rPr>
          <w:b/>
        </w:rPr>
        <w:t xml:space="preserve">: </w:t>
      </w:r>
      <w:proofErr w:type="gramStart"/>
      <w:r>
        <w:t xml:space="preserve">_____________       Full years x 20 points = </w:t>
      </w:r>
      <w:proofErr w:type="gramEnd"/>
      <w:r>
        <w:t>____________ points</w:t>
      </w:r>
    </w:p>
    <w:p w14:paraId="43F851C3" w14:textId="77777777" w:rsidR="00AA27E8" w:rsidRDefault="00AA27E8" w:rsidP="00AA27E8">
      <w:pPr>
        <w:spacing w:before="40" w:line="720" w:lineRule="auto"/>
        <w:rPr>
          <w:b/>
        </w:rPr>
      </w:pPr>
    </w:p>
    <w:p w14:paraId="4DCB5A5E" w14:textId="77777777" w:rsidR="00AA27E8" w:rsidRDefault="00AA27E8" w:rsidP="00AA27E8">
      <w:pPr>
        <w:spacing w:before="40" w:line="720" w:lineRule="auto"/>
      </w:pPr>
      <w:r>
        <w:rPr>
          <w:b/>
        </w:rPr>
        <w:t xml:space="preserve">Organization: </w:t>
      </w:r>
      <w:r>
        <w:t>____________________________________________________________________________</w:t>
      </w:r>
    </w:p>
    <w:p w14:paraId="0D56AD9B" w14:textId="77777777" w:rsidR="00AA27E8" w:rsidRDefault="00AA27E8" w:rsidP="00AA27E8">
      <w:pPr>
        <w:spacing w:before="40" w:line="720" w:lineRule="auto"/>
      </w:pPr>
      <w:r>
        <w:rPr>
          <w:b/>
        </w:rPr>
        <w:t xml:space="preserve">Role / Position: </w:t>
      </w:r>
      <w:r>
        <w:t>___________________________________________________________________________</w:t>
      </w:r>
    </w:p>
    <w:p w14:paraId="514EC489" w14:textId="77777777" w:rsidR="00AA27E8" w:rsidRDefault="00AA27E8" w:rsidP="00AA27E8">
      <w:pPr>
        <w:spacing w:before="40" w:line="720" w:lineRule="auto"/>
      </w:pPr>
      <w:r>
        <w:rPr>
          <w:b/>
        </w:rPr>
        <w:t xml:space="preserve">Type of ministry / chaplaincy: </w:t>
      </w:r>
      <w:r>
        <w:t>______________________________________________________________</w:t>
      </w:r>
    </w:p>
    <w:p w14:paraId="55D6A292" w14:textId="77777777" w:rsidR="00AA27E8" w:rsidRDefault="00AA27E8" w:rsidP="00AA27E8">
      <w:pPr>
        <w:spacing w:before="40" w:line="720" w:lineRule="auto"/>
      </w:pPr>
      <w:r>
        <w:rPr>
          <w:b/>
        </w:rPr>
        <w:t xml:space="preserve">Dates: From </w:t>
      </w:r>
      <w:r>
        <w:t xml:space="preserve">________________          </w:t>
      </w:r>
      <w:proofErr w:type="gramStart"/>
      <w:r>
        <w:rPr>
          <w:b/>
        </w:rPr>
        <w:t>To</w:t>
      </w:r>
      <w:proofErr w:type="gramEnd"/>
      <w:r>
        <w:rPr>
          <w:b/>
        </w:rPr>
        <w:t xml:space="preserve">: </w:t>
      </w:r>
      <w:proofErr w:type="gramStart"/>
      <w:r>
        <w:t xml:space="preserve">_____________       Full years x 20 points = </w:t>
      </w:r>
      <w:proofErr w:type="gramEnd"/>
      <w:r>
        <w:t>____________ points</w:t>
      </w:r>
    </w:p>
    <w:p w14:paraId="042D02A6" w14:textId="77777777" w:rsidR="00AA27E8" w:rsidRDefault="00AA27E8" w:rsidP="00AA27E8">
      <w:pPr>
        <w:spacing w:before="40" w:line="720" w:lineRule="auto"/>
        <w:rPr>
          <w:b/>
        </w:rPr>
      </w:pPr>
    </w:p>
    <w:p w14:paraId="12EFE367" w14:textId="21D9B3E4" w:rsidR="00FA66F4" w:rsidRDefault="0079117A" w:rsidP="00AA27E8">
      <w:pPr>
        <w:spacing w:before="40" w:line="720" w:lineRule="auto"/>
      </w:pPr>
      <w:r>
        <w:rPr>
          <w:b/>
        </w:rPr>
        <w:t xml:space="preserve">SECTION 4 TOTAL POINTS (Maximum 100; Minimum 20): </w:t>
      </w:r>
      <w:r>
        <w:t>__________________</w:t>
      </w:r>
    </w:p>
    <w:p w14:paraId="17F399D2" w14:textId="77777777" w:rsidR="00FA66F4" w:rsidRDefault="0079117A">
      <w:pPr>
        <w:spacing w:after="40"/>
      </w:pPr>
      <w:r>
        <w:br w:type="page"/>
      </w:r>
    </w:p>
    <w:p w14:paraId="7760D7FD" w14:textId="77777777" w:rsidR="00FA66F4" w:rsidRDefault="0079117A">
      <w:pPr>
        <w:spacing w:before="200" w:after="140"/>
        <w:jc w:val="center"/>
      </w:pPr>
      <w:r>
        <w:rPr>
          <w:b/>
          <w:sz w:val="32"/>
        </w:rPr>
        <w:lastRenderedPageBreak/>
        <w:t>Section 5</w:t>
      </w:r>
    </w:p>
    <w:p w14:paraId="594B08C8" w14:textId="77777777" w:rsidR="00FA66F4" w:rsidRDefault="0079117A">
      <w:pPr>
        <w:jc w:val="center"/>
      </w:pPr>
      <w:r>
        <w:rPr>
          <w:b/>
          <w:sz w:val="24"/>
        </w:rPr>
        <w:t>Specialized Training &amp; Professional Development</w:t>
      </w:r>
    </w:p>
    <w:p w14:paraId="26E7C1E5" w14:textId="77777777" w:rsidR="00AA27E8" w:rsidRDefault="00AA27E8">
      <w:pPr>
        <w:rPr>
          <w:b/>
        </w:rPr>
      </w:pPr>
    </w:p>
    <w:p w14:paraId="2E9CD4DF" w14:textId="02663ABB" w:rsidR="00FA66F4" w:rsidRDefault="0079117A">
      <w:pPr>
        <w:rPr>
          <w:b/>
        </w:rPr>
      </w:pPr>
      <w:r>
        <w:rPr>
          <w:b/>
        </w:rPr>
        <w:t>Maximum allowable points: 75   |   Minimum required: 25 points</w:t>
      </w:r>
    </w:p>
    <w:p w14:paraId="58BDBF71" w14:textId="77777777" w:rsidR="00AA27E8" w:rsidRDefault="00AA27E8"/>
    <w:p w14:paraId="519F3E49" w14:textId="77777777" w:rsidR="00FA66F4" w:rsidRDefault="0079117A">
      <w:pPr>
        <w:spacing w:after="140" w:line="269" w:lineRule="auto"/>
      </w:pPr>
      <w:r>
        <w:t xml:space="preserve">One (1) point is proposed for each documented hour of qualifying training. Relevant subjects may include correctional security, PREA, suicide prevention, mental health, crisis intervention, trauma-informed care, grief and bereavement, substance-use disorders, religious accommodation, ethics and confidentiality, cultural/religious competency, professional boundaries, staff </w:t>
      </w:r>
      <w:proofErr w:type="gramStart"/>
      <w:r>
        <w:t>wellness, reentry</w:t>
      </w:r>
      <w:proofErr w:type="gramEnd"/>
      <w:r>
        <w:t>, restorative practices, and other relevant topics.</w:t>
      </w:r>
    </w:p>
    <w:p w14:paraId="1E685635" w14:textId="77777777" w:rsidR="00AA27E8" w:rsidRDefault="00AA27E8">
      <w:pPr>
        <w:spacing w:after="140" w:line="269" w:lineRule="auto"/>
      </w:pPr>
    </w:p>
    <w:tbl>
      <w:tblPr>
        <w:tblW w:w="0" w:type="auto"/>
        <w:jc w:val="center"/>
        <w:tblLook w:val="04A0" w:firstRow="1" w:lastRow="0" w:firstColumn="1" w:lastColumn="0" w:noHBand="0" w:noVBand="1"/>
      </w:tblPr>
      <w:tblGrid>
        <w:gridCol w:w="10368"/>
      </w:tblGrid>
      <w:tr w:rsidR="00FA66F4" w14:paraId="648B5F74" w14:textId="77777777">
        <w:trPr>
          <w:jc w:val="center"/>
        </w:trPr>
        <w:tc>
          <w:tcPr>
            <w:tcW w:w="10368" w:type="dxa"/>
            <w:shd w:val="clear" w:color="auto" w:fill="F2F2F2"/>
            <w:tcMar>
              <w:top w:w="75" w:type="dxa"/>
              <w:left w:w="90" w:type="dxa"/>
              <w:bottom w:w="75" w:type="dxa"/>
              <w:right w:w="90" w:type="dxa"/>
            </w:tcMar>
            <w:vAlign w:val="center"/>
          </w:tcPr>
          <w:p w14:paraId="6525571A" w14:textId="77777777" w:rsidR="00FA66F4" w:rsidRDefault="0079117A">
            <w:pPr>
              <w:spacing w:before="20" w:after="60" w:line="252" w:lineRule="auto"/>
            </w:pPr>
            <w:r>
              <w:rPr>
                <w:b/>
              </w:rPr>
              <w:t xml:space="preserve">Required Documentation: </w:t>
            </w:r>
            <w:r>
              <w:t>Attach a training transcript, certificate of completion, agenda, or other documentation showing the course title, date, provider, and number of instructional hours.</w:t>
            </w:r>
          </w:p>
        </w:tc>
      </w:tr>
    </w:tbl>
    <w:p w14:paraId="51D9CB44" w14:textId="77777777" w:rsidR="00FA66F4" w:rsidRDefault="00FA66F4">
      <w:pPr>
        <w:spacing w:after="40"/>
      </w:pPr>
    </w:p>
    <w:p w14:paraId="14AEC2FF" w14:textId="77777777" w:rsidR="00AA27E8" w:rsidRDefault="00AA27E8">
      <w:pPr>
        <w:spacing w:after="40"/>
      </w:pPr>
    </w:p>
    <w:tbl>
      <w:tblPr>
        <w:tblStyle w:val="TableGrid"/>
        <w:tblW w:w="0" w:type="auto"/>
        <w:jc w:val="center"/>
        <w:tblLook w:val="04A0" w:firstRow="1" w:lastRow="0" w:firstColumn="1" w:lastColumn="0" w:noHBand="0" w:noVBand="1"/>
      </w:tblPr>
      <w:tblGrid>
        <w:gridCol w:w="3236"/>
        <w:gridCol w:w="3055"/>
        <w:gridCol w:w="1979"/>
        <w:gridCol w:w="1079"/>
        <w:gridCol w:w="1009"/>
      </w:tblGrid>
      <w:tr w:rsidR="00FA66F4" w14:paraId="2AF4B817" w14:textId="77777777" w:rsidTr="00AA27E8">
        <w:trPr>
          <w:jc w:val="center"/>
        </w:trPr>
        <w:tc>
          <w:tcPr>
            <w:tcW w:w="3241" w:type="dxa"/>
            <w:shd w:val="clear" w:color="auto" w:fill="E7E6E6"/>
            <w:tcMar>
              <w:top w:w="75" w:type="dxa"/>
              <w:left w:w="90" w:type="dxa"/>
              <w:bottom w:w="75" w:type="dxa"/>
              <w:right w:w="90" w:type="dxa"/>
            </w:tcMar>
            <w:vAlign w:val="center"/>
          </w:tcPr>
          <w:p w14:paraId="2B57DFA6" w14:textId="77777777" w:rsidR="00FA66F4" w:rsidRDefault="0079117A">
            <w:pPr>
              <w:spacing w:before="20" w:after="60" w:line="252" w:lineRule="auto"/>
            </w:pPr>
            <w:r>
              <w:rPr>
                <w:b/>
              </w:rPr>
              <w:t>Training / Course</w:t>
            </w:r>
          </w:p>
        </w:tc>
        <w:tc>
          <w:tcPr>
            <w:tcW w:w="3060" w:type="dxa"/>
            <w:shd w:val="clear" w:color="auto" w:fill="E7E6E6"/>
            <w:tcMar>
              <w:top w:w="75" w:type="dxa"/>
              <w:left w:w="90" w:type="dxa"/>
              <w:bottom w:w="75" w:type="dxa"/>
              <w:right w:w="90" w:type="dxa"/>
            </w:tcMar>
            <w:vAlign w:val="center"/>
          </w:tcPr>
          <w:p w14:paraId="652BA504" w14:textId="77777777" w:rsidR="00FA66F4" w:rsidRDefault="0079117A">
            <w:pPr>
              <w:spacing w:before="20" w:after="60" w:line="252" w:lineRule="auto"/>
            </w:pPr>
            <w:r>
              <w:rPr>
                <w:b/>
              </w:rPr>
              <w:t>Provider</w:t>
            </w:r>
          </w:p>
        </w:tc>
        <w:tc>
          <w:tcPr>
            <w:tcW w:w="1980" w:type="dxa"/>
            <w:shd w:val="clear" w:color="auto" w:fill="E7E6E6"/>
            <w:tcMar>
              <w:top w:w="75" w:type="dxa"/>
              <w:left w:w="90" w:type="dxa"/>
              <w:bottom w:w="75" w:type="dxa"/>
              <w:right w:w="90" w:type="dxa"/>
            </w:tcMar>
            <w:vAlign w:val="center"/>
          </w:tcPr>
          <w:p w14:paraId="56666FC1" w14:textId="77777777" w:rsidR="00FA66F4" w:rsidRDefault="0079117A">
            <w:pPr>
              <w:spacing w:before="20" w:after="60" w:line="252" w:lineRule="auto"/>
            </w:pPr>
            <w:r>
              <w:rPr>
                <w:b/>
              </w:rPr>
              <w:t>Completion Date</w:t>
            </w:r>
          </w:p>
        </w:tc>
        <w:tc>
          <w:tcPr>
            <w:tcW w:w="1080" w:type="dxa"/>
            <w:shd w:val="clear" w:color="auto" w:fill="E7E6E6"/>
            <w:tcMar>
              <w:top w:w="75" w:type="dxa"/>
              <w:left w:w="90" w:type="dxa"/>
              <w:bottom w:w="75" w:type="dxa"/>
              <w:right w:w="90" w:type="dxa"/>
            </w:tcMar>
            <w:vAlign w:val="center"/>
          </w:tcPr>
          <w:p w14:paraId="32DA2F22" w14:textId="77777777" w:rsidR="00FA66F4" w:rsidRDefault="0079117A">
            <w:pPr>
              <w:spacing w:before="20" w:after="60" w:line="252" w:lineRule="auto"/>
            </w:pPr>
            <w:r>
              <w:rPr>
                <w:b/>
              </w:rPr>
              <w:t>Hours</w:t>
            </w:r>
          </w:p>
        </w:tc>
        <w:tc>
          <w:tcPr>
            <w:tcW w:w="1009" w:type="dxa"/>
            <w:shd w:val="clear" w:color="auto" w:fill="E7E6E6"/>
            <w:tcMar>
              <w:top w:w="75" w:type="dxa"/>
              <w:left w:w="90" w:type="dxa"/>
              <w:bottom w:w="75" w:type="dxa"/>
              <w:right w:w="90" w:type="dxa"/>
            </w:tcMar>
            <w:vAlign w:val="center"/>
          </w:tcPr>
          <w:p w14:paraId="774EF407" w14:textId="77777777" w:rsidR="00FA66F4" w:rsidRDefault="0079117A">
            <w:pPr>
              <w:spacing w:before="20" w:after="60" w:line="252" w:lineRule="auto"/>
            </w:pPr>
            <w:r>
              <w:rPr>
                <w:b/>
              </w:rPr>
              <w:t>Points</w:t>
            </w:r>
          </w:p>
        </w:tc>
      </w:tr>
      <w:tr w:rsidR="00FA66F4" w14:paraId="1AE64CF2" w14:textId="77777777" w:rsidTr="00AA27E8">
        <w:trPr>
          <w:trHeight w:val="720"/>
          <w:jc w:val="center"/>
        </w:trPr>
        <w:tc>
          <w:tcPr>
            <w:tcW w:w="3241" w:type="dxa"/>
            <w:tcMar>
              <w:top w:w="75" w:type="dxa"/>
              <w:left w:w="90" w:type="dxa"/>
              <w:bottom w:w="75" w:type="dxa"/>
              <w:right w:w="90" w:type="dxa"/>
            </w:tcMar>
            <w:vAlign w:val="center"/>
          </w:tcPr>
          <w:p w14:paraId="09471477"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06E8BF00"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29F40518"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11743600"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32484E08" w14:textId="77777777" w:rsidR="00FA66F4" w:rsidRDefault="00FA66F4">
            <w:pPr>
              <w:spacing w:before="20" w:after="60" w:line="252" w:lineRule="auto"/>
            </w:pPr>
          </w:p>
        </w:tc>
      </w:tr>
      <w:tr w:rsidR="00FA66F4" w14:paraId="15326FF4" w14:textId="77777777" w:rsidTr="00AA27E8">
        <w:trPr>
          <w:trHeight w:val="720"/>
          <w:jc w:val="center"/>
        </w:trPr>
        <w:tc>
          <w:tcPr>
            <w:tcW w:w="3241" w:type="dxa"/>
            <w:tcMar>
              <w:top w:w="75" w:type="dxa"/>
              <w:left w:w="90" w:type="dxa"/>
              <w:bottom w:w="75" w:type="dxa"/>
              <w:right w:w="90" w:type="dxa"/>
            </w:tcMar>
            <w:vAlign w:val="center"/>
          </w:tcPr>
          <w:p w14:paraId="102290B2"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1915B9A9"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71803653"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5EB0F541"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45BD960E" w14:textId="77777777" w:rsidR="00FA66F4" w:rsidRDefault="00FA66F4">
            <w:pPr>
              <w:spacing w:before="20" w:after="60" w:line="252" w:lineRule="auto"/>
            </w:pPr>
          </w:p>
        </w:tc>
      </w:tr>
      <w:tr w:rsidR="00FA66F4" w14:paraId="029F05D9" w14:textId="77777777" w:rsidTr="00AA27E8">
        <w:trPr>
          <w:trHeight w:val="720"/>
          <w:jc w:val="center"/>
        </w:trPr>
        <w:tc>
          <w:tcPr>
            <w:tcW w:w="3241" w:type="dxa"/>
            <w:tcMar>
              <w:top w:w="75" w:type="dxa"/>
              <w:left w:w="90" w:type="dxa"/>
              <w:bottom w:w="75" w:type="dxa"/>
              <w:right w:w="90" w:type="dxa"/>
            </w:tcMar>
            <w:vAlign w:val="center"/>
          </w:tcPr>
          <w:p w14:paraId="4AFDA773"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000DCF62"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2CD98598"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2FE6EB64"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48E13445" w14:textId="77777777" w:rsidR="00FA66F4" w:rsidRDefault="00FA66F4">
            <w:pPr>
              <w:spacing w:before="20" w:after="60" w:line="252" w:lineRule="auto"/>
            </w:pPr>
          </w:p>
        </w:tc>
      </w:tr>
      <w:tr w:rsidR="00FA66F4" w14:paraId="3C19E21B" w14:textId="77777777" w:rsidTr="00AA27E8">
        <w:trPr>
          <w:trHeight w:val="720"/>
          <w:jc w:val="center"/>
        </w:trPr>
        <w:tc>
          <w:tcPr>
            <w:tcW w:w="3241" w:type="dxa"/>
            <w:tcMar>
              <w:top w:w="75" w:type="dxa"/>
              <w:left w:w="90" w:type="dxa"/>
              <w:bottom w:w="75" w:type="dxa"/>
              <w:right w:w="90" w:type="dxa"/>
            </w:tcMar>
            <w:vAlign w:val="center"/>
          </w:tcPr>
          <w:p w14:paraId="29B013F3"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62FA1B02"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2FEB0261"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65C7173B"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21D32407" w14:textId="77777777" w:rsidR="00FA66F4" w:rsidRDefault="00FA66F4">
            <w:pPr>
              <w:spacing w:before="20" w:after="60" w:line="252" w:lineRule="auto"/>
            </w:pPr>
          </w:p>
        </w:tc>
      </w:tr>
      <w:tr w:rsidR="00FA66F4" w14:paraId="0C72E9ED" w14:textId="77777777" w:rsidTr="00AA27E8">
        <w:trPr>
          <w:trHeight w:val="720"/>
          <w:jc w:val="center"/>
        </w:trPr>
        <w:tc>
          <w:tcPr>
            <w:tcW w:w="3241" w:type="dxa"/>
            <w:tcMar>
              <w:top w:w="75" w:type="dxa"/>
              <w:left w:w="90" w:type="dxa"/>
              <w:bottom w:w="75" w:type="dxa"/>
              <w:right w:w="90" w:type="dxa"/>
            </w:tcMar>
            <w:vAlign w:val="center"/>
          </w:tcPr>
          <w:p w14:paraId="4803FD2D"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5C14793E"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187C2DD2"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6EF69326"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04780C0C" w14:textId="77777777" w:rsidR="00FA66F4" w:rsidRDefault="00FA66F4">
            <w:pPr>
              <w:spacing w:before="20" w:after="60" w:line="252" w:lineRule="auto"/>
            </w:pPr>
          </w:p>
        </w:tc>
      </w:tr>
      <w:tr w:rsidR="00FA66F4" w14:paraId="57165D0D" w14:textId="77777777" w:rsidTr="00AA27E8">
        <w:trPr>
          <w:trHeight w:val="720"/>
          <w:jc w:val="center"/>
        </w:trPr>
        <w:tc>
          <w:tcPr>
            <w:tcW w:w="3241" w:type="dxa"/>
            <w:tcMar>
              <w:top w:w="75" w:type="dxa"/>
              <w:left w:w="90" w:type="dxa"/>
              <w:bottom w:w="75" w:type="dxa"/>
              <w:right w:w="90" w:type="dxa"/>
            </w:tcMar>
            <w:vAlign w:val="center"/>
          </w:tcPr>
          <w:p w14:paraId="2F84DA1A"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16AFE958"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75979CE6"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546B0BC7"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29AFC49C" w14:textId="77777777" w:rsidR="00FA66F4" w:rsidRDefault="00FA66F4">
            <w:pPr>
              <w:spacing w:before="20" w:after="60" w:line="252" w:lineRule="auto"/>
            </w:pPr>
          </w:p>
        </w:tc>
      </w:tr>
      <w:tr w:rsidR="00FA66F4" w14:paraId="2EFA5F0D" w14:textId="77777777" w:rsidTr="00AA27E8">
        <w:trPr>
          <w:trHeight w:val="720"/>
          <w:jc w:val="center"/>
        </w:trPr>
        <w:tc>
          <w:tcPr>
            <w:tcW w:w="3241" w:type="dxa"/>
            <w:tcMar>
              <w:top w:w="75" w:type="dxa"/>
              <w:left w:w="90" w:type="dxa"/>
              <w:bottom w:w="75" w:type="dxa"/>
              <w:right w:w="90" w:type="dxa"/>
            </w:tcMar>
            <w:vAlign w:val="center"/>
          </w:tcPr>
          <w:p w14:paraId="0FFCA766"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6AAEA834"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4977BCEA"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119737AD"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713F9314" w14:textId="77777777" w:rsidR="00FA66F4" w:rsidRDefault="00FA66F4">
            <w:pPr>
              <w:spacing w:before="20" w:after="60" w:line="252" w:lineRule="auto"/>
            </w:pPr>
          </w:p>
        </w:tc>
      </w:tr>
      <w:tr w:rsidR="00FA66F4" w14:paraId="78DA3ABF" w14:textId="77777777" w:rsidTr="00AA27E8">
        <w:trPr>
          <w:trHeight w:val="720"/>
          <w:jc w:val="center"/>
        </w:trPr>
        <w:tc>
          <w:tcPr>
            <w:tcW w:w="3241" w:type="dxa"/>
            <w:tcMar>
              <w:top w:w="75" w:type="dxa"/>
              <w:left w:w="90" w:type="dxa"/>
              <w:bottom w:w="75" w:type="dxa"/>
              <w:right w:w="90" w:type="dxa"/>
            </w:tcMar>
            <w:vAlign w:val="center"/>
          </w:tcPr>
          <w:p w14:paraId="561D4811" w14:textId="77777777" w:rsidR="00FA66F4" w:rsidRDefault="00FA66F4">
            <w:pPr>
              <w:spacing w:before="20" w:after="60" w:line="252" w:lineRule="auto"/>
            </w:pPr>
          </w:p>
        </w:tc>
        <w:tc>
          <w:tcPr>
            <w:tcW w:w="3060" w:type="dxa"/>
            <w:tcMar>
              <w:top w:w="75" w:type="dxa"/>
              <w:left w:w="90" w:type="dxa"/>
              <w:bottom w:w="75" w:type="dxa"/>
              <w:right w:w="90" w:type="dxa"/>
            </w:tcMar>
            <w:vAlign w:val="center"/>
          </w:tcPr>
          <w:p w14:paraId="3C62A5EB" w14:textId="77777777" w:rsidR="00FA66F4" w:rsidRDefault="00FA66F4">
            <w:pPr>
              <w:spacing w:before="20" w:after="60" w:line="252" w:lineRule="auto"/>
            </w:pPr>
          </w:p>
        </w:tc>
        <w:tc>
          <w:tcPr>
            <w:tcW w:w="1980" w:type="dxa"/>
            <w:tcMar>
              <w:top w:w="75" w:type="dxa"/>
              <w:left w:w="90" w:type="dxa"/>
              <w:bottom w:w="75" w:type="dxa"/>
              <w:right w:w="90" w:type="dxa"/>
            </w:tcMar>
            <w:vAlign w:val="center"/>
          </w:tcPr>
          <w:p w14:paraId="2F83F7DF" w14:textId="77777777" w:rsidR="00FA66F4" w:rsidRDefault="00FA66F4">
            <w:pPr>
              <w:spacing w:before="20" w:after="60" w:line="252" w:lineRule="auto"/>
            </w:pPr>
          </w:p>
        </w:tc>
        <w:tc>
          <w:tcPr>
            <w:tcW w:w="1080" w:type="dxa"/>
            <w:tcMar>
              <w:top w:w="75" w:type="dxa"/>
              <w:left w:w="90" w:type="dxa"/>
              <w:bottom w:w="75" w:type="dxa"/>
              <w:right w:w="90" w:type="dxa"/>
            </w:tcMar>
            <w:vAlign w:val="center"/>
          </w:tcPr>
          <w:p w14:paraId="74C8F522" w14:textId="77777777" w:rsidR="00FA66F4" w:rsidRDefault="00FA66F4">
            <w:pPr>
              <w:spacing w:before="20" w:after="60" w:line="252" w:lineRule="auto"/>
            </w:pPr>
          </w:p>
        </w:tc>
        <w:tc>
          <w:tcPr>
            <w:tcW w:w="1009" w:type="dxa"/>
            <w:tcMar>
              <w:top w:w="75" w:type="dxa"/>
              <w:left w:w="90" w:type="dxa"/>
              <w:bottom w:w="75" w:type="dxa"/>
              <w:right w:w="90" w:type="dxa"/>
            </w:tcMar>
            <w:vAlign w:val="center"/>
          </w:tcPr>
          <w:p w14:paraId="5C71125C" w14:textId="77777777" w:rsidR="00FA66F4" w:rsidRDefault="00FA66F4">
            <w:pPr>
              <w:spacing w:before="20" w:after="60" w:line="252" w:lineRule="auto"/>
            </w:pPr>
          </w:p>
        </w:tc>
      </w:tr>
    </w:tbl>
    <w:p w14:paraId="52015C95" w14:textId="77777777" w:rsidR="00AA27E8" w:rsidRDefault="00AA27E8">
      <w:pPr>
        <w:spacing w:before="40" w:line="252" w:lineRule="auto"/>
        <w:rPr>
          <w:b/>
        </w:rPr>
      </w:pPr>
    </w:p>
    <w:p w14:paraId="17688493" w14:textId="3AFB33DC" w:rsidR="00FA66F4" w:rsidRDefault="0079117A">
      <w:pPr>
        <w:spacing w:before="40" w:line="252" w:lineRule="auto"/>
      </w:pPr>
      <w:r>
        <w:rPr>
          <w:b/>
        </w:rPr>
        <w:t xml:space="preserve">SECTION 5 TOTAL POINTS (Maximum 75; Minimum 25): </w:t>
      </w:r>
      <w:r>
        <w:t>________________</w:t>
      </w:r>
    </w:p>
    <w:p w14:paraId="1FB2AC2F" w14:textId="77777777" w:rsidR="00FA66F4" w:rsidRDefault="0079117A">
      <w:pPr>
        <w:spacing w:after="40"/>
      </w:pPr>
      <w:r>
        <w:br w:type="page"/>
      </w:r>
    </w:p>
    <w:p w14:paraId="24844411" w14:textId="77777777" w:rsidR="00FA66F4" w:rsidRDefault="0079117A">
      <w:pPr>
        <w:spacing w:before="200" w:after="140"/>
        <w:jc w:val="center"/>
      </w:pPr>
      <w:r>
        <w:rPr>
          <w:b/>
          <w:sz w:val="32"/>
        </w:rPr>
        <w:lastRenderedPageBreak/>
        <w:t>Section 6</w:t>
      </w:r>
    </w:p>
    <w:p w14:paraId="01341479" w14:textId="77777777" w:rsidR="00FA66F4" w:rsidRDefault="0079117A">
      <w:pPr>
        <w:jc w:val="center"/>
        <w:rPr>
          <w:b/>
          <w:sz w:val="24"/>
        </w:rPr>
      </w:pPr>
      <w:r>
        <w:rPr>
          <w:b/>
          <w:sz w:val="24"/>
        </w:rPr>
        <w:t>Professional Contributions &amp; Leadership</w:t>
      </w:r>
    </w:p>
    <w:p w14:paraId="37EF4D67" w14:textId="77777777" w:rsidR="00AA27E8" w:rsidRDefault="00AA27E8">
      <w:pPr>
        <w:jc w:val="center"/>
      </w:pPr>
    </w:p>
    <w:p w14:paraId="460226B2" w14:textId="77777777" w:rsidR="00FA66F4" w:rsidRDefault="0079117A">
      <w:pPr>
        <w:rPr>
          <w:b/>
        </w:rPr>
      </w:pPr>
      <w:r>
        <w:rPr>
          <w:b/>
        </w:rPr>
        <w:t>Maximum allowable points: 50   |   Minimum required: 25 points</w:t>
      </w:r>
    </w:p>
    <w:p w14:paraId="320F22B8" w14:textId="77777777" w:rsidR="00AA27E8" w:rsidRDefault="00AA27E8"/>
    <w:p w14:paraId="5B93521B" w14:textId="77777777" w:rsidR="00FA66F4" w:rsidRDefault="0079117A">
      <w:pPr>
        <w:spacing w:after="140" w:line="269" w:lineRule="auto"/>
      </w:pPr>
      <w:r>
        <w:t>Activities should demonstrate professional contribution or leadership related to chaplaincy, corrections, ministry, pastoral care, or a closely related professional field. Do not duplicate activities claimed elsewhere in the application.</w:t>
      </w:r>
    </w:p>
    <w:p w14:paraId="4C8A2AE8" w14:textId="77777777" w:rsidR="00AA27E8" w:rsidRDefault="00AA27E8">
      <w:pPr>
        <w:spacing w:after="140" w:line="269" w:lineRule="auto"/>
      </w:pPr>
    </w:p>
    <w:tbl>
      <w:tblPr>
        <w:tblW w:w="0" w:type="auto"/>
        <w:jc w:val="center"/>
        <w:tblLook w:val="04A0" w:firstRow="1" w:lastRow="0" w:firstColumn="1" w:lastColumn="0" w:noHBand="0" w:noVBand="1"/>
      </w:tblPr>
      <w:tblGrid>
        <w:gridCol w:w="10368"/>
      </w:tblGrid>
      <w:tr w:rsidR="00FA66F4" w14:paraId="4C0EB2DF" w14:textId="77777777">
        <w:trPr>
          <w:jc w:val="center"/>
        </w:trPr>
        <w:tc>
          <w:tcPr>
            <w:tcW w:w="10368" w:type="dxa"/>
            <w:shd w:val="clear" w:color="auto" w:fill="F2F2F2"/>
            <w:tcMar>
              <w:top w:w="75" w:type="dxa"/>
              <w:left w:w="90" w:type="dxa"/>
              <w:bottom w:w="75" w:type="dxa"/>
              <w:right w:w="90" w:type="dxa"/>
            </w:tcMar>
            <w:vAlign w:val="center"/>
          </w:tcPr>
          <w:p w14:paraId="3DC1BA23" w14:textId="77777777" w:rsidR="00FA66F4" w:rsidRDefault="0079117A">
            <w:pPr>
              <w:spacing w:before="20" w:after="60" w:line="252" w:lineRule="auto"/>
            </w:pPr>
            <w:r>
              <w:rPr>
                <w:b/>
              </w:rPr>
              <w:t xml:space="preserve">Required Documentation: </w:t>
            </w:r>
            <w:r>
              <w:t xml:space="preserve">Attach documentation </w:t>
            </w:r>
            <w:proofErr w:type="gramStart"/>
            <w:r>
              <w:t>sufficient</w:t>
            </w:r>
            <w:proofErr w:type="gramEnd"/>
            <w:r>
              <w:t xml:space="preserve"> to verify the activity, role, dates, publication, presentation, membership, or service.</w:t>
            </w:r>
          </w:p>
        </w:tc>
      </w:tr>
    </w:tbl>
    <w:p w14:paraId="7DAD8727" w14:textId="77777777" w:rsidR="00AA27E8" w:rsidRDefault="00AA27E8">
      <w:pPr>
        <w:spacing w:after="40"/>
      </w:pPr>
    </w:p>
    <w:tbl>
      <w:tblPr>
        <w:tblStyle w:val="TableGrid"/>
        <w:tblW w:w="0" w:type="auto"/>
        <w:tblLook w:val="04A0" w:firstRow="1" w:lastRow="0" w:firstColumn="1" w:lastColumn="0" w:noHBand="0" w:noVBand="1"/>
      </w:tblPr>
      <w:tblGrid>
        <w:gridCol w:w="5179"/>
        <w:gridCol w:w="5179"/>
      </w:tblGrid>
      <w:tr w:rsidR="00FA66F4" w14:paraId="676A1095" w14:textId="77777777">
        <w:tc>
          <w:tcPr>
            <w:tcW w:w="5184" w:type="dxa"/>
            <w:shd w:val="clear" w:color="auto" w:fill="E7E6E6"/>
            <w:tcMar>
              <w:top w:w="75" w:type="dxa"/>
              <w:left w:w="90" w:type="dxa"/>
              <w:bottom w:w="75" w:type="dxa"/>
              <w:right w:w="90" w:type="dxa"/>
            </w:tcMar>
            <w:vAlign w:val="center"/>
          </w:tcPr>
          <w:p w14:paraId="37BD363B" w14:textId="77777777" w:rsidR="00FA66F4" w:rsidRDefault="0079117A">
            <w:pPr>
              <w:spacing w:before="20" w:after="60" w:line="252" w:lineRule="auto"/>
            </w:pPr>
            <w:r>
              <w:rPr>
                <w:b/>
              </w:rPr>
              <w:t>Activity</w:t>
            </w:r>
          </w:p>
        </w:tc>
        <w:tc>
          <w:tcPr>
            <w:tcW w:w="5184" w:type="dxa"/>
            <w:shd w:val="clear" w:color="auto" w:fill="E7E6E6"/>
            <w:tcMar>
              <w:top w:w="75" w:type="dxa"/>
              <w:left w:w="90" w:type="dxa"/>
              <w:bottom w:w="75" w:type="dxa"/>
              <w:right w:w="90" w:type="dxa"/>
            </w:tcMar>
            <w:vAlign w:val="center"/>
          </w:tcPr>
          <w:p w14:paraId="70D646E1" w14:textId="77777777" w:rsidR="00FA66F4" w:rsidRDefault="0079117A">
            <w:pPr>
              <w:spacing w:before="20" w:after="60" w:line="252" w:lineRule="auto"/>
            </w:pPr>
            <w:r>
              <w:rPr>
                <w:b/>
              </w:rPr>
              <w:t>Proposed Points</w:t>
            </w:r>
          </w:p>
        </w:tc>
      </w:tr>
      <w:tr w:rsidR="00FA66F4" w14:paraId="0B1ECB74" w14:textId="77777777">
        <w:tc>
          <w:tcPr>
            <w:tcW w:w="5184" w:type="dxa"/>
            <w:tcMar>
              <w:top w:w="75" w:type="dxa"/>
              <w:left w:w="90" w:type="dxa"/>
              <w:bottom w:w="75" w:type="dxa"/>
              <w:right w:w="90" w:type="dxa"/>
            </w:tcMar>
            <w:vAlign w:val="center"/>
          </w:tcPr>
          <w:p w14:paraId="6B0B253A" w14:textId="77777777" w:rsidR="00FA66F4" w:rsidRDefault="0079117A">
            <w:pPr>
              <w:spacing w:before="20" w:after="60" w:line="252" w:lineRule="auto"/>
            </w:pPr>
            <w:r>
              <w:t>Officer / Chair of professional board or commission</w:t>
            </w:r>
          </w:p>
        </w:tc>
        <w:tc>
          <w:tcPr>
            <w:tcW w:w="5184" w:type="dxa"/>
            <w:tcMar>
              <w:top w:w="75" w:type="dxa"/>
              <w:left w:w="90" w:type="dxa"/>
              <w:bottom w:w="75" w:type="dxa"/>
              <w:right w:w="90" w:type="dxa"/>
            </w:tcMar>
            <w:vAlign w:val="center"/>
          </w:tcPr>
          <w:p w14:paraId="25A02100" w14:textId="77777777" w:rsidR="00FA66F4" w:rsidRDefault="0079117A">
            <w:pPr>
              <w:spacing w:before="20" w:after="60" w:line="252" w:lineRule="auto"/>
            </w:pPr>
            <w:r>
              <w:t>20 per completed year</w:t>
            </w:r>
          </w:p>
        </w:tc>
      </w:tr>
      <w:tr w:rsidR="00FA66F4" w14:paraId="5784C6FA" w14:textId="77777777">
        <w:tc>
          <w:tcPr>
            <w:tcW w:w="5184" w:type="dxa"/>
            <w:tcMar>
              <w:top w:w="75" w:type="dxa"/>
              <w:left w:w="90" w:type="dxa"/>
              <w:bottom w:w="75" w:type="dxa"/>
              <w:right w:w="90" w:type="dxa"/>
            </w:tcMar>
            <w:vAlign w:val="center"/>
          </w:tcPr>
          <w:p w14:paraId="376FDB70" w14:textId="77777777" w:rsidR="00FA66F4" w:rsidRDefault="0079117A">
            <w:pPr>
              <w:spacing w:before="20" w:after="60" w:line="252" w:lineRule="auto"/>
            </w:pPr>
            <w:r>
              <w:t>Board / Commission member</w:t>
            </w:r>
          </w:p>
        </w:tc>
        <w:tc>
          <w:tcPr>
            <w:tcW w:w="5184" w:type="dxa"/>
            <w:tcMar>
              <w:top w:w="75" w:type="dxa"/>
              <w:left w:w="90" w:type="dxa"/>
              <w:bottom w:w="75" w:type="dxa"/>
              <w:right w:w="90" w:type="dxa"/>
            </w:tcMar>
            <w:vAlign w:val="center"/>
          </w:tcPr>
          <w:p w14:paraId="5942174D" w14:textId="77777777" w:rsidR="00FA66F4" w:rsidRDefault="0079117A">
            <w:pPr>
              <w:spacing w:before="20" w:after="60" w:line="252" w:lineRule="auto"/>
            </w:pPr>
            <w:r>
              <w:t>15 per completed year</w:t>
            </w:r>
          </w:p>
        </w:tc>
      </w:tr>
      <w:tr w:rsidR="00FA66F4" w14:paraId="2DC59BC4" w14:textId="77777777">
        <w:tc>
          <w:tcPr>
            <w:tcW w:w="5184" w:type="dxa"/>
            <w:tcMar>
              <w:top w:w="75" w:type="dxa"/>
              <w:left w:w="90" w:type="dxa"/>
              <w:bottom w:w="75" w:type="dxa"/>
              <w:right w:w="90" w:type="dxa"/>
            </w:tcMar>
            <w:vAlign w:val="center"/>
          </w:tcPr>
          <w:p w14:paraId="1BD25524" w14:textId="77777777" w:rsidR="00FA66F4" w:rsidRDefault="0079117A">
            <w:pPr>
              <w:spacing w:before="20" w:after="60" w:line="252" w:lineRule="auto"/>
            </w:pPr>
            <w:r>
              <w:t>Committee / Task Force Chair</w:t>
            </w:r>
          </w:p>
        </w:tc>
        <w:tc>
          <w:tcPr>
            <w:tcW w:w="5184" w:type="dxa"/>
            <w:tcMar>
              <w:top w:w="75" w:type="dxa"/>
              <w:left w:w="90" w:type="dxa"/>
              <w:bottom w:w="75" w:type="dxa"/>
              <w:right w:w="90" w:type="dxa"/>
            </w:tcMar>
            <w:vAlign w:val="center"/>
          </w:tcPr>
          <w:p w14:paraId="6F190444" w14:textId="77777777" w:rsidR="00FA66F4" w:rsidRDefault="0079117A">
            <w:pPr>
              <w:spacing w:before="20" w:after="60" w:line="252" w:lineRule="auto"/>
            </w:pPr>
            <w:r>
              <w:t>15 per completed year</w:t>
            </w:r>
          </w:p>
        </w:tc>
      </w:tr>
      <w:tr w:rsidR="00FA66F4" w14:paraId="4AFEE549" w14:textId="77777777">
        <w:tc>
          <w:tcPr>
            <w:tcW w:w="5184" w:type="dxa"/>
            <w:tcMar>
              <w:top w:w="75" w:type="dxa"/>
              <w:left w:w="90" w:type="dxa"/>
              <w:bottom w:w="75" w:type="dxa"/>
              <w:right w:w="90" w:type="dxa"/>
            </w:tcMar>
            <w:vAlign w:val="center"/>
          </w:tcPr>
          <w:p w14:paraId="10F579CF" w14:textId="77777777" w:rsidR="00FA66F4" w:rsidRDefault="0079117A">
            <w:pPr>
              <w:spacing w:before="20" w:after="60" w:line="252" w:lineRule="auto"/>
            </w:pPr>
            <w:r>
              <w:t>Committee / Task Force member</w:t>
            </w:r>
          </w:p>
        </w:tc>
        <w:tc>
          <w:tcPr>
            <w:tcW w:w="5184" w:type="dxa"/>
            <w:tcMar>
              <w:top w:w="75" w:type="dxa"/>
              <w:left w:w="90" w:type="dxa"/>
              <w:bottom w:w="75" w:type="dxa"/>
              <w:right w:w="90" w:type="dxa"/>
            </w:tcMar>
            <w:vAlign w:val="center"/>
          </w:tcPr>
          <w:p w14:paraId="344EB83E" w14:textId="77777777" w:rsidR="00FA66F4" w:rsidRDefault="0079117A">
            <w:pPr>
              <w:spacing w:before="20" w:after="60" w:line="252" w:lineRule="auto"/>
            </w:pPr>
            <w:r>
              <w:t>10 per completed year</w:t>
            </w:r>
          </w:p>
        </w:tc>
      </w:tr>
      <w:tr w:rsidR="00FA66F4" w14:paraId="672752F6" w14:textId="77777777">
        <w:tc>
          <w:tcPr>
            <w:tcW w:w="5184" w:type="dxa"/>
            <w:tcMar>
              <w:top w:w="75" w:type="dxa"/>
              <w:left w:w="90" w:type="dxa"/>
              <w:bottom w:w="75" w:type="dxa"/>
              <w:right w:w="90" w:type="dxa"/>
            </w:tcMar>
            <w:vAlign w:val="center"/>
          </w:tcPr>
          <w:p w14:paraId="2FAEF54A" w14:textId="77777777" w:rsidR="00FA66F4" w:rsidRDefault="0079117A">
            <w:pPr>
              <w:spacing w:before="20" w:after="60" w:line="252" w:lineRule="auto"/>
            </w:pPr>
            <w:r>
              <w:t>Conference / workshop instructor</w:t>
            </w:r>
          </w:p>
        </w:tc>
        <w:tc>
          <w:tcPr>
            <w:tcW w:w="5184" w:type="dxa"/>
            <w:tcMar>
              <w:top w:w="75" w:type="dxa"/>
              <w:left w:w="90" w:type="dxa"/>
              <w:bottom w:w="75" w:type="dxa"/>
              <w:right w:w="90" w:type="dxa"/>
            </w:tcMar>
            <w:vAlign w:val="center"/>
          </w:tcPr>
          <w:p w14:paraId="6604F491" w14:textId="77777777" w:rsidR="00FA66F4" w:rsidRDefault="0079117A">
            <w:pPr>
              <w:spacing w:before="20" w:after="60" w:line="252" w:lineRule="auto"/>
            </w:pPr>
            <w:r>
              <w:t>3 per instructional hour</w:t>
            </w:r>
          </w:p>
        </w:tc>
      </w:tr>
      <w:tr w:rsidR="00FA66F4" w14:paraId="4F1F0DC1" w14:textId="77777777">
        <w:tc>
          <w:tcPr>
            <w:tcW w:w="5184" w:type="dxa"/>
            <w:tcMar>
              <w:top w:w="75" w:type="dxa"/>
              <w:left w:w="90" w:type="dxa"/>
              <w:bottom w:w="75" w:type="dxa"/>
              <w:right w:w="90" w:type="dxa"/>
            </w:tcMar>
            <w:vAlign w:val="center"/>
          </w:tcPr>
          <w:p w14:paraId="6AA6A3F8" w14:textId="77777777" w:rsidR="00FA66F4" w:rsidRDefault="0079117A">
            <w:pPr>
              <w:spacing w:before="20" w:after="60" w:line="252" w:lineRule="auto"/>
            </w:pPr>
            <w:r>
              <w:t>Published professional article</w:t>
            </w:r>
          </w:p>
        </w:tc>
        <w:tc>
          <w:tcPr>
            <w:tcW w:w="5184" w:type="dxa"/>
            <w:tcMar>
              <w:top w:w="75" w:type="dxa"/>
              <w:left w:w="90" w:type="dxa"/>
              <w:bottom w:w="75" w:type="dxa"/>
              <w:right w:w="90" w:type="dxa"/>
            </w:tcMar>
            <w:vAlign w:val="center"/>
          </w:tcPr>
          <w:p w14:paraId="15ED63EC" w14:textId="77777777" w:rsidR="00FA66F4" w:rsidRDefault="0079117A">
            <w:pPr>
              <w:spacing w:before="20" w:after="60" w:line="252" w:lineRule="auto"/>
            </w:pPr>
            <w:r>
              <w:t>15</w:t>
            </w:r>
          </w:p>
        </w:tc>
      </w:tr>
      <w:tr w:rsidR="00FA66F4" w14:paraId="60C3C3BC" w14:textId="77777777">
        <w:tc>
          <w:tcPr>
            <w:tcW w:w="5184" w:type="dxa"/>
            <w:tcMar>
              <w:top w:w="75" w:type="dxa"/>
              <w:left w:w="90" w:type="dxa"/>
              <w:bottom w:w="75" w:type="dxa"/>
              <w:right w:w="90" w:type="dxa"/>
            </w:tcMar>
            <w:vAlign w:val="center"/>
          </w:tcPr>
          <w:p w14:paraId="755F87B7" w14:textId="77777777" w:rsidR="00FA66F4" w:rsidRDefault="0079117A">
            <w:pPr>
              <w:spacing w:before="20" w:after="60" w:line="252" w:lineRule="auto"/>
            </w:pPr>
            <w:r>
              <w:t>Published book chapter</w:t>
            </w:r>
          </w:p>
        </w:tc>
        <w:tc>
          <w:tcPr>
            <w:tcW w:w="5184" w:type="dxa"/>
            <w:tcMar>
              <w:top w:w="75" w:type="dxa"/>
              <w:left w:w="90" w:type="dxa"/>
              <w:bottom w:w="75" w:type="dxa"/>
              <w:right w:w="90" w:type="dxa"/>
            </w:tcMar>
            <w:vAlign w:val="center"/>
          </w:tcPr>
          <w:p w14:paraId="6CE6792E" w14:textId="77777777" w:rsidR="00FA66F4" w:rsidRDefault="0079117A">
            <w:pPr>
              <w:spacing w:before="20" w:after="60" w:line="252" w:lineRule="auto"/>
            </w:pPr>
            <w:r>
              <w:t>25</w:t>
            </w:r>
          </w:p>
        </w:tc>
      </w:tr>
      <w:tr w:rsidR="00FA66F4" w14:paraId="6E26FB0A" w14:textId="77777777">
        <w:tc>
          <w:tcPr>
            <w:tcW w:w="5184" w:type="dxa"/>
            <w:tcMar>
              <w:top w:w="75" w:type="dxa"/>
              <w:left w:w="90" w:type="dxa"/>
              <w:bottom w:w="75" w:type="dxa"/>
              <w:right w:w="90" w:type="dxa"/>
            </w:tcMar>
            <w:vAlign w:val="center"/>
          </w:tcPr>
          <w:p w14:paraId="5138DE09" w14:textId="77777777" w:rsidR="00FA66F4" w:rsidRDefault="0079117A">
            <w:pPr>
              <w:spacing w:before="20" w:after="60" w:line="252" w:lineRule="auto"/>
            </w:pPr>
            <w:r>
              <w:t>Published professional book</w:t>
            </w:r>
          </w:p>
        </w:tc>
        <w:tc>
          <w:tcPr>
            <w:tcW w:w="5184" w:type="dxa"/>
            <w:tcMar>
              <w:top w:w="75" w:type="dxa"/>
              <w:left w:w="90" w:type="dxa"/>
              <w:bottom w:w="75" w:type="dxa"/>
              <w:right w:w="90" w:type="dxa"/>
            </w:tcMar>
            <w:vAlign w:val="center"/>
          </w:tcPr>
          <w:p w14:paraId="0DAAD7D7" w14:textId="77777777" w:rsidR="00FA66F4" w:rsidRDefault="0079117A">
            <w:pPr>
              <w:spacing w:before="20" w:after="60" w:line="252" w:lineRule="auto"/>
            </w:pPr>
            <w:r>
              <w:t>50</w:t>
            </w:r>
          </w:p>
        </w:tc>
      </w:tr>
      <w:tr w:rsidR="00FA66F4" w14:paraId="66FB8548" w14:textId="77777777">
        <w:tc>
          <w:tcPr>
            <w:tcW w:w="5184" w:type="dxa"/>
            <w:tcMar>
              <w:top w:w="75" w:type="dxa"/>
              <w:left w:w="90" w:type="dxa"/>
              <w:bottom w:w="75" w:type="dxa"/>
              <w:right w:w="90" w:type="dxa"/>
            </w:tcMar>
            <w:vAlign w:val="center"/>
          </w:tcPr>
          <w:p w14:paraId="6879A7B7" w14:textId="77777777" w:rsidR="00FA66F4" w:rsidRDefault="0079117A">
            <w:pPr>
              <w:spacing w:before="20" w:after="60" w:line="252" w:lineRule="auto"/>
            </w:pPr>
            <w:r>
              <w:t>Professional association membership</w:t>
            </w:r>
          </w:p>
        </w:tc>
        <w:tc>
          <w:tcPr>
            <w:tcW w:w="5184" w:type="dxa"/>
            <w:tcMar>
              <w:top w:w="75" w:type="dxa"/>
              <w:left w:w="90" w:type="dxa"/>
              <w:bottom w:w="75" w:type="dxa"/>
              <w:right w:w="90" w:type="dxa"/>
            </w:tcMar>
            <w:vAlign w:val="center"/>
          </w:tcPr>
          <w:p w14:paraId="1E2405B4" w14:textId="77777777" w:rsidR="00FA66F4" w:rsidRDefault="0079117A">
            <w:pPr>
              <w:spacing w:before="20" w:after="60" w:line="252" w:lineRule="auto"/>
            </w:pPr>
            <w:r>
              <w:t>5 per completed year</w:t>
            </w:r>
          </w:p>
        </w:tc>
      </w:tr>
      <w:tr w:rsidR="00FA66F4" w14:paraId="3FE92503" w14:textId="77777777">
        <w:tc>
          <w:tcPr>
            <w:tcW w:w="5184" w:type="dxa"/>
            <w:tcMar>
              <w:top w:w="75" w:type="dxa"/>
              <w:left w:w="90" w:type="dxa"/>
              <w:bottom w:w="75" w:type="dxa"/>
              <w:right w:w="90" w:type="dxa"/>
            </w:tcMar>
            <w:vAlign w:val="center"/>
          </w:tcPr>
          <w:p w14:paraId="5A351284" w14:textId="77777777" w:rsidR="00FA66F4" w:rsidRDefault="0079117A">
            <w:pPr>
              <w:spacing w:before="20" w:after="60" w:line="252" w:lineRule="auto"/>
            </w:pPr>
            <w:r>
              <w:t>Formal mentoring of chaplains</w:t>
            </w:r>
          </w:p>
        </w:tc>
        <w:tc>
          <w:tcPr>
            <w:tcW w:w="5184" w:type="dxa"/>
            <w:tcMar>
              <w:top w:w="75" w:type="dxa"/>
              <w:left w:w="90" w:type="dxa"/>
              <w:bottom w:w="75" w:type="dxa"/>
              <w:right w:w="90" w:type="dxa"/>
            </w:tcMar>
            <w:vAlign w:val="center"/>
          </w:tcPr>
          <w:p w14:paraId="4114395B" w14:textId="77777777" w:rsidR="00FA66F4" w:rsidRDefault="0079117A">
            <w:pPr>
              <w:spacing w:before="20" w:after="60" w:line="252" w:lineRule="auto"/>
            </w:pPr>
            <w:r>
              <w:t>5 per completed year</w:t>
            </w:r>
          </w:p>
        </w:tc>
      </w:tr>
      <w:tr w:rsidR="00FA66F4" w14:paraId="7603024A" w14:textId="77777777">
        <w:tc>
          <w:tcPr>
            <w:tcW w:w="5184" w:type="dxa"/>
            <w:tcMar>
              <w:top w:w="75" w:type="dxa"/>
              <w:left w:w="90" w:type="dxa"/>
              <w:bottom w:w="75" w:type="dxa"/>
              <w:right w:w="90" w:type="dxa"/>
            </w:tcMar>
            <w:vAlign w:val="center"/>
          </w:tcPr>
          <w:p w14:paraId="6E3DAC78" w14:textId="77777777" w:rsidR="00FA66F4" w:rsidRDefault="0079117A">
            <w:pPr>
              <w:spacing w:before="20" w:after="60" w:line="252" w:lineRule="auto"/>
            </w:pPr>
            <w:r>
              <w:t>Other qualifying contribution / leadership activity</w:t>
            </w:r>
          </w:p>
        </w:tc>
        <w:tc>
          <w:tcPr>
            <w:tcW w:w="5184" w:type="dxa"/>
            <w:tcMar>
              <w:top w:w="75" w:type="dxa"/>
              <w:left w:w="90" w:type="dxa"/>
              <w:bottom w:w="75" w:type="dxa"/>
              <w:right w:w="90" w:type="dxa"/>
            </w:tcMar>
            <w:vAlign w:val="center"/>
          </w:tcPr>
          <w:p w14:paraId="4F0E6344" w14:textId="77777777" w:rsidR="00FA66F4" w:rsidRDefault="0079117A">
            <w:pPr>
              <w:spacing w:before="20" w:after="60" w:line="252" w:lineRule="auto"/>
            </w:pPr>
            <w:r>
              <w:t>JMCC review</w:t>
            </w:r>
          </w:p>
        </w:tc>
      </w:tr>
    </w:tbl>
    <w:p w14:paraId="3114B639" w14:textId="77777777" w:rsidR="00A67D6E" w:rsidRDefault="00A67D6E" w:rsidP="00A67D6E">
      <w:pPr>
        <w:spacing w:before="40" w:line="720" w:lineRule="auto"/>
        <w:rPr>
          <w:b/>
        </w:rPr>
      </w:pPr>
    </w:p>
    <w:p w14:paraId="62C984EA" w14:textId="1D58FF43" w:rsidR="00FA66F4" w:rsidRDefault="0079117A" w:rsidP="00A67D6E">
      <w:pPr>
        <w:spacing w:before="40" w:line="720" w:lineRule="auto"/>
      </w:pPr>
      <w:r>
        <w:rPr>
          <w:b/>
        </w:rPr>
        <w:t xml:space="preserve">Organization / Publication / Event: </w:t>
      </w:r>
      <w:r>
        <w:t>__________________________________________</w:t>
      </w:r>
      <w:r w:rsidR="00A67D6E">
        <w:t>_________________</w:t>
      </w:r>
    </w:p>
    <w:p w14:paraId="67FCFD6A" w14:textId="6F12921D" w:rsidR="00FA66F4" w:rsidRDefault="0079117A" w:rsidP="00A67D6E">
      <w:pPr>
        <w:spacing w:before="40" w:line="720" w:lineRule="auto"/>
      </w:pPr>
      <w:r>
        <w:rPr>
          <w:b/>
        </w:rPr>
        <w:t xml:space="preserve">Role / Activity: </w:t>
      </w:r>
      <w:r>
        <w:t>________________________________________________</w:t>
      </w:r>
      <w:r w:rsidR="00A67D6E">
        <w:t>_________________________</w:t>
      </w:r>
      <w:r>
        <w:t>__</w:t>
      </w:r>
    </w:p>
    <w:p w14:paraId="6D057DA4" w14:textId="20B67313" w:rsidR="00FA66F4" w:rsidRDefault="0079117A" w:rsidP="00A67D6E">
      <w:pPr>
        <w:spacing w:before="40" w:line="720" w:lineRule="auto"/>
      </w:pPr>
      <w:r>
        <w:rPr>
          <w:b/>
        </w:rPr>
        <w:t xml:space="preserve">Dates / Publication </w:t>
      </w:r>
      <w:proofErr w:type="gramStart"/>
      <w:r>
        <w:rPr>
          <w:b/>
        </w:rPr>
        <w:t xml:space="preserve">Date: </w:t>
      </w:r>
      <w:r>
        <w:t>_</w:t>
      </w:r>
      <w:proofErr w:type="gramEnd"/>
      <w:r>
        <w:t>____________________________</w:t>
      </w:r>
      <w:r w:rsidR="00A67D6E">
        <w:t xml:space="preserve">       </w:t>
      </w:r>
      <w:r>
        <w:rPr>
          <w:b/>
        </w:rPr>
        <w:t xml:space="preserve">Points Claimed: </w:t>
      </w:r>
      <w:r>
        <w:t>____________________</w:t>
      </w:r>
    </w:p>
    <w:p w14:paraId="72E08629" w14:textId="77777777" w:rsidR="00A67D6E" w:rsidRDefault="00A67D6E" w:rsidP="00A67D6E">
      <w:pPr>
        <w:spacing w:before="40" w:line="720" w:lineRule="auto"/>
        <w:rPr>
          <w:b/>
        </w:rPr>
      </w:pPr>
    </w:p>
    <w:p w14:paraId="25DA8A79" w14:textId="77777777" w:rsidR="00A67D6E" w:rsidRDefault="00A67D6E" w:rsidP="00A67D6E">
      <w:pPr>
        <w:spacing w:before="40" w:line="720" w:lineRule="auto"/>
      </w:pPr>
      <w:r>
        <w:rPr>
          <w:b/>
        </w:rPr>
        <w:lastRenderedPageBreak/>
        <w:t xml:space="preserve">Organization / Publication / Event: </w:t>
      </w:r>
      <w:r>
        <w:t>___________________________________________________________</w:t>
      </w:r>
    </w:p>
    <w:p w14:paraId="4BFF1448" w14:textId="77777777" w:rsidR="00A67D6E" w:rsidRDefault="00A67D6E" w:rsidP="00A67D6E">
      <w:pPr>
        <w:spacing w:before="40" w:line="720" w:lineRule="auto"/>
      </w:pPr>
      <w:r>
        <w:rPr>
          <w:b/>
        </w:rPr>
        <w:t xml:space="preserve">Role / Activity: </w:t>
      </w:r>
      <w:r>
        <w:t>___________________________________________________________________________</w:t>
      </w:r>
    </w:p>
    <w:p w14:paraId="13B9DD35" w14:textId="77777777" w:rsidR="00A67D6E" w:rsidRDefault="00A67D6E" w:rsidP="00A67D6E">
      <w:pPr>
        <w:spacing w:before="40" w:line="720" w:lineRule="auto"/>
      </w:pPr>
      <w:r>
        <w:rPr>
          <w:b/>
        </w:rPr>
        <w:t xml:space="preserve">Dates / Publication </w:t>
      </w:r>
      <w:proofErr w:type="gramStart"/>
      <w:r>
        <w:rPr>
          <w:b/>
        </w:rPr>
        <w:t xml:space="preserve">Date: </w:t>
      </w:r>
      <w:r>
        <w:t>_</w:t>
      </w:r>
      <w:proofErr w:type="gramEnd"/>
      <w:r>
        <w:t xml:space="preserve">____________________________       </w:t>
      </w:r>
      <w:r>
        <w:rPr>
          <w:b/>
        </w:rPr>
        <w:t xml:space="preserve">Points Claimed: </w:t>
      </w:r>
      <w:r>
        <w:t>____________________</w:t>
      </w:r>
    </w:p>
    <w:p w14:paraId="5BA35D8D" w14:textId="77777777" w:rsidR="00A67D6E" w:rsidRDefault="00A67D6E" w:rsidP="00A67D6E">
      <w:pPr>
        <w:spacing w:before="40" w:line="720" w:lineRule="auto"/>
        <w:rPr>
          <w:b/>
        </w:rPr>
      </w:pPr>
    </w:p>
    <w:p w14:paraId="5C6805EE" w14:textId="345929BF" w:rsidR="00A67D6E" w:rsidRDefault="00A67D6E" w:rsidP="00A67D6E">
      <w:pPr>
        <w:spacing w:before="40" w:line="720" w:lineRule="auto"/>
      </w:pPr>
      <w:r>
        <w:rPr>
          <w:b/>
        </w:rPr>
        <w:t xml:space="preserve">Organization / Publication / Event: </w:t>
      </w:r>
      <w:r>
        <w:t>___________________________________________________________</w:t>
      </w:r>
    </w:p>
    <w:p w14:paraId="1DB866D6" w14:textId="77777777" w:rsidR="00A67D6E" w:rsidRDefault="00A67D6E" w:rsidP="00A67D6E">
      <w:pPr>
        <w:spacing w:before="40" w:line="720" w:lineRule="auto"/>
      </w:pPr>
      <w:r>
        <w:rPr>
          <w:b/>
        </w:rPr>
        <w:t xml:space="preserve">Role / Activity: </w:t>
      </w:r>
      <w:r>
        <w:t>___________________________________________________________________________</w:t>
      </w:r>
    </w:p>
    <w:p w14:paraId="464DDE62" w14:textId="77777777" w:rsidR="00A67D6E" w:rsidRDefault="00A67D6E" w:rsidP="00A67D6E">
      <w:pPr>
        <w:spacing w:before="40" w:line="720" w:lineRule="auto"/>
      </w:pPr>
      <w:r>
        <w:rPr>
          <w:b/>
        </w:rPr>
        <w:t xml:space="preserve">Dates / Publication </w:t>
      </w:r>
      <w:proofErr w:type="gramStart"/>
      <w:r>
        <w:rPr>
          <w:b/>
        </w:rPr>
        <w:t xml:space="preserve">Date: </w:t>
      </w:r>
      <w:r>
        <w:t>_</w:t>
      </w:r>
      <w:proofErr w:type="gramEnd"/>
      <w:r>
        <w:t xml:space="preserve">____________________________       </w:t>
      </w:r>
      <w:r>
        <w:rPr>
          <w:b/>
        </w:rPr>
        <w:t xml:space="preserve">Points Claimed: </w:t>
      </w:r>
      <w:r>
        <w:t>____________________</w:t>
      </w:r>
    </w:p>
    <w:p w14:paraId="3642A133" w14:textId="77777777" w:rsidR="00A67D6E" w:rsidRDefault="00A67D6E" w:rsidP="00A67D6E">
      <w:pPr>
        <w:spacing w:before="40" w:line="720" w:lineRule="auto"/>
        <w:rPr>
          <w:b/>
        </w:rPr>
      </w:pPr>
    </w:p>
    <w:p w14:paraId="544A8635" w14:textId="04E091B6" w:rsidR="00A67D6E" w:rsidRDefault="00A67D6E" w:rsidP="00A67D6E">
      <w:pPr>
        <w:spacing w:before="40" w:line="720" w:lineRule="auto"/>
      </w:pPr>
      <w:r>
        <w:rPr>
          <w:b/>
        </w:rPr>
        <w:t xml:space="preserve">Organization / Publication / Event: </w:t>
      </w:r>
      <w:r>
        <w:t>___________________________________________________________</w:t>
      </w:r>
    </w:p>
    <w:p w14:paraId="4A0B8202" w14:textId="77777777" w:rsidR="00A67D6E" w:rsidRDefault="00A67D6E" w:rsidP="00A67D6E">
      <w:pPr>
        <w:spacing w:before="40" w:line="720" w:lineRule="auto"/>
      </w:pPr>
      <w:r>
        <w:rPr>
          <w:b/>
        </w:rPr>
        <w:t xml:space="preserve">Role / Activity: </w:t>
      </w:r>
      <w:r>
        <w:t>___________________________________________________________________________</w:t>
      </w:r>
    </w:p>
    <w:p w14:paraId="36877000" w14:textId="77777777" w:rsidR="00A67D6E" w:rsidRDefault="00A67D6E" w:rsidP="00A67D6E">
      <w:pPr>
        <w:spacing w:before="40" w:line="720" w:lineRule="auto"/>
      </w:pPr>
      <w:r>
        <w:rPr>
          <w:b/>
        </w:rPr>
        <w:t xml:space="preserve">Dates / Publication </w:t>
      </w:r>
      <w:proofErr w:type="gramStart"/>
      <w:r>
        <w:rPr>
          <w:b/>
        </w:rPr>
        <w:t xml:space="preserve">Date: </w:t>
      </w:r>
      <w:r>
        <w:t>_</w:t>
      </w:r>
      <w:proofErr w:type="gramEnd"/>
      <w:r>
        <w:t xml:space="preserve">____________________________       </w:t>
      </w:r>
      <w:r>
        <w:rPr>
          <w:b/>
        </w:rPr>
        <w:t xml:space="preserve">Points Claimed: </w:t>
      </w:r>
      <w:r>
        <w:t>____________________</w:t>
      </w:r>
    </w:p>
    <w:p w14:paraId="4FCBB0CD" w14:textId="77777777" w:rsidR="00A67D6E" w:rsidRDefault="00A67D6E" w:rsidP="00A67D6E">
      <w:pPr>
        <w:spacing w:before="40" w:line="720" w:lineRule="auto"/>
        <w:rPr>
          <w:b/>
        </w:rPr>
      </w:pPr>
    </w:p>
    <w:p w14:paraId="061A90E9" w14:textId="77777777" w:rsidR="00A67D6E" w:rsidRDefault="00A67D6E" w:rsidP="00A67D6E">
      <w:pPr>
        <w:spacing w:before="40" w:line="720" w:lineRule="auto"/>
      </w:pPr>
      <w:r>
        <w:rPr>
          <w:b/>
        </w:rPr>
        <w:t xml:space="preserve">Organization / Publication / Event: </w:t>
      </w:r>
      <w:r>
        <w:t>___________________________________________________________</w:t>
      </w:r>
    </w:p>
    <w:p w14:paraId="4435FFCE" w14:textId="77777777" w:rsidR="00A67D6E" w:rsidRDefault="00A67D6E" w:rsidP="00A67D6E">
      <w:pPr>
        <w:spacing w:before="40" w:line="720" w:lineRule="auto"/>
      </w:pPr>
      <w:r>
        <w:rPr>
          <w:b/>
        </w:rPr>
        <w:t xml:space="preserve">Role / Activity: </w:t>
      </w:r>
      <w:r>
        <w:t>___________________________________________________________________________</w:t>
      </w:r>
    </w:p>
    <w:p w14:paraId="66A34E69" w14:textId="77777777" w:rsidR="00A67D6E" w:rsidRDefault="00A67D6E" w:rsidP="00A67D6E">
      <w:pPr>
        <w:spacing w:before="40" w:line="720" w:lineRule="auto"/>
      </w:pPr>
      <w:r>
        <w:rPr>
          <w:b/>
        </w:rPr>
        <w:t xml:space="preserve">Dates / Publication </w:t>
      </w:r>
      <w:proofErr w:type="gramStart"/>
      <w:r>
        <w:rPr>
          <w:b/>
        </w:rPr>
        <w:t xml:space="preserve">Date: </w:t>
      </w:r>
      <w:r>
        <w:t>_</w:t>
      </w:r>
      <w:proofErr w:type="gramEnd"/>
      <w:r>
        <w:t xml:space="preserve">____________________________       </w:t>
      </w:r>
      <w:r>
        <w:rPr>
          <w:b/>
        </w:rPr>
        <w:t xml:space="preserve">Points Claimed: </w:t>
      </w:r>
      <w:r>
        <w:t>____________________</w:t>
      </w:r>
    </w:p>
    <w:p w14:paraId="0F2A0A10" w14:textId="77777777" w:rsidR="00A67D6E" w:rsidRDefault="00A67D6E">
      <w:pPr>
        <w:spacing w:before="40" w:line="252" w:lineRule="auto"/>
        <w:rPr>
          <w:b/>
        </w:rPr>
      </w:pPr>
    </w:p>
    <w:p w14:paraId="147FD9A0" w14:textId="77777777" w:rsidR="00A67D6E" w:rsidRDefault="00A67D6E">
      <w:pPr>
        <w:spacing w:before="40" w:line="252" w:lineRule="auto"/>
        <w:rPr>
          <w:b/>
        </w:rPr>
      </w:pPr>
    </w:p>
    <w:p w14:paraId="79F880D4" w14:textId="5AD0BA17" w:rsidR="00FA66F4" w:rsidRDefault="0079117A">
      <w:pPr>
        <w:spacing w:before="40" w:line="252" w:lineRule="auto"/>
      </w:pPr>
      <w:r>
        <w:rPr>
          <w:b/>
        </w:rPr>
        <w:t xml:space="preserve">SECTION 6 TOTAL POINTS (Maximum 50; Minimum 25): </w:t>
      </w:r>
      <w:r>
        <w:t>__________________</w:t>
      </w:r>
    </w:p>
    <w:p w14:paraId="4D733568" w14:textId="77777777" w:rsidR="00FA66F4" w:rsidRDefault="0079117A">
      <w:pPr>
        <w:spacing w:after="40"/>
      </w:pPr>
      <w:r>
        <w:br w:type="page"/>
      </w:r>
    </w:p>
    <w:p w14:paraId="57D4C24D" w14:textId="77777777" w:rsidR="00FA66F4" w:rsidRDefault="0079117A">
      <w:pPr>
        <w:spacing w:before="200" w:after="140"/>
        <w:jc w:val="center"/>
        <w:rPr>
          <w:b/>
          <w:sz w:val="32"/>
        </w:rPr>
      </w:pPr>
      <w:r>
        <w:rPr>
          <w:b/>
          <w:sz w:val="32"/>
        </w:rPr>
        <w:lastRenderedPageBreak/>
        <w:t>CJC EBF SUMMARY OF POINTS</w:t>
      </w:r>
    </w:p>
    <w:p w14:paraId="64C1CA17" w14:textId="77777777" w:rsidR="00A67D6E" w:rsidRDefault="00A67D6E">
      <w:pPr>
        <w:spacing w:before="200" w:after="140"/>
        <w:jc w:val="center"/>
      </w:pPr>
    </w:p>
    <w:tbl>
      <w:tblPr>
        <w:tblStyle w:val="TableGrid"/>
        <w:tblW w:w="0" w:type="auto"/>
        <w:jc w:val="center"/>
        <w:tblLook w:val="04A0" w:firstRow="1" w:lastRow="0" w:firstColumn="1" w:lastColumn="0" w:noHBand="0" w:noVBand="1"/>
      </w:tblPr>
      <w:tblGrid>
        <w:gridCol w:w="3452"/>
        <w:gridCol w:w="3452"/>
        <w:gridCol w:w="3454"/>
      </w:tblGrid>
      <w:tr w:rsidR="00FA66F4" w14:paraId="4FAF0497" w14:textId="77777777">
        <w:trPr>
          <w:jc w:val="center"/>
        </w:trPr>
        <w:tc>
          <w:tcPr>
            <w:tcW w:w="3456" w:type="dxa"/>
            <w:shd w:val="clear" w:color="auto" w:fill="E7E6E6"/>
            <w:tcMar>
              <w:top w:w="75" w:type="dxa"/>
              <w:left w:w="90" w:type="dxa"/>
              <w:bottom w:w="75" w:type="dxa"/>
              <w:right w:w="90" w:type="dxa"/>
            </w:tcMar>
            <w:vAlign w:val="center"/>
          </w:tcPr>
          <w:p w14:paraId="182EF6EA" w14:textId="77777777" w:rsidR="00FA66F4" w:rsidRDefault="0079117A">
            <w:pPr>
              <w:spacing w:before="20" w:after="60" w:line="252" w:lineRule="auto"/>
            </w:pPr>
            <w:r>
              <w:rPr>
                <w:b/>
              </w:rPr>
              <w:t>Section</w:t>
            </w:r>
          </w:p>
        </w:tc>
        <w:tc>
          <w:tcPr>
            <w:tcW w:w="3456" w:type="dxa"/>
            <w:shd w:val="clear" w:color="auto" w:fill="E7E6E6"/>
            <w:tcMar>
              <w:top w:w="75" w:type="dxa"/>
              <w:left w:w="90" w:type="dxa"/>
              <w:bottom w:w="75" w:type="dxa"/>
              <w:right w:w="90" w:type="dxa"/>
            </w:tcMar>
            <w:vAlign w:val="center"/>
          </w:tcPr>
          <w:p w14:paraId="5CC33AE9" w14:textId="77777777" w:rsidR="00FA66F4" w:rsidRDefault="0079117A">
            <w:pPr>
              <w:spacing w:before="20" w:after="60" w:line="252" w:lineRule="auto"/>
            </w:pPr>
            <w:r>
              <w:rPr>
                <w:b/>
              </w:rPr>
              <w:t>Maximum</w:t>
            </w:r>
          </w:p>
        </w:tc>
        <w:tc>
          <w:tcPr>
            <w:tcW w:w="3456" w:type="dxa"/>
            <w:shd w:val="clear" w:color="auto" w:fill="E7E6E6"/>
            <w:tcMar>
              <w:top w:w="75" w:type="dxa"/>
              <w:left w:w="90" w:type="dxa"/>
              <w:bottom w:w="75" w:type="dxa"/>
              <w:right w:w="90" w:type="dxa"/>
            </w:tcMar>
            <w:vAlign w:val="center"/>
          </w:tcPr>
          <w:p w14:paraId="48B7D68F" w14:textId="77777777" w:rsidR="00FA66F4" w:rsidRDefault="0079117A">
            <w:pPr>
              <w:spacing w:before="20" w:after="60" w:line="252" w:lineRule="auto"/>
            </w:pPr>
            <w:r>
              <w:rPr>
                <w:b/>
              </w:rPr>
              <w:t>Points Earned</w:t>
            </w:r>
          </w:p>
        </w:tc>
      </w:tr>
      <w:tr w:rsidR="00FA66F4" w14:paraId="3DBED8B5" w14:textId="77777777">
        <w:trPr>
          <w:jc w:val="center"/>
        </w:trPr>
        <w:tc>
          <w:tcPr>
            <w:tcW w:w="3456" w:type="dxa"/>
            <w:tcMar>
              <w:top w:w="75" w:type="dxa"/>
              <w:left w:w="90" w:type="dxa"/>
              <w:bottom w:w="75" w:type="dxa"/>
              <w:right w:w="90" w:type="dxa"/>
            </w:tcMar>
            <w:vAlign w:val="center"/>
          </w:tcPr>
          <w:p w14:paraId="084FEA21" w14:textId="77777777" w:rsidR="00FA66F4" w:rsidRDefault="0079117A">
            <w:pPr>
              <w:spacing w:before="20" w:after="60" w:line="252" w:lineRule="auto"/>
            </w:pPr>
            <w:r>
              <w:t>1 - Theological &amp; Academic Education</w:t>
            </w:r>
          </w:p>
        </w:tc>
        <w:tc>
          <w:tcPr>
            <w:tcW w:w="3456" w:type="dxa"/>
            <w:tcMar>
              <w:top w:w="75" w:type="dxa"/>
              <w:left w:w="90" w:type="dxa"/>
              <w:bottom w:w="75" w:type="dxa"/>
              <w:right w:w="90" w:type="dxa"/>
            </w:tcMar>
            <w:vAlign w:val="center"/>
          </w:tcPr>
          <w:p w14:paraId="7CD59C39" w14:textId="77777777" w:rsidR="00FA66F4" w:rsidRDefault="0079117A">
            <w:pPr>
              <w:spacing w:before="20" w:after="60" w:line="252" w:lineRule="auto"/>
            </w:pPr>
            <w:r>
              <w:t>125</w:t>
            </w:r>
          </w:p>
        </w:tc>
        <w:tc>
          <w:tcPr>
            <w:tcW w:w="3456" w:type="dxa"/>
            <w:tcMar>
              <w:top w:w="75" w:type="dxa"/>
              <w:left w:w="90" w:type="dxa"/>
              <w:bottom w:w="75" w:type="dxa"/>
              <w:right w:w="90" w:type="dxa"/>
            </w:tcMar>
            <w:vAlign w:val="center"/>
          </w:tcPr>
          <w:p w14:paraId="29D7254E" w14:textId="77777777" w:rsidR="00FA66F4" w:rsidRDefault="0079117A">
            <w:pPr>
              <w:spacing w:before="20" w:after="60" w:line="252" w:lineRule="auto"/>
            </w:pPr>
            <w:r>
              <w:t>________________</w:t>
            </w:r>
          </w:p>
        </w:tc>
      </w:tr>
      <w:tr w:rsidR="00FA66F4" w14:paraId="2B6B7BB3" w14:textId="77777777">
        <w:trPr>
          <w:jc w:val="center"/>
        </w:trPr>
        <w:tc>
          <w:tcPr>
            <w:tcW w:w="3456" w:type="dxa"/>
            <w:tcMar>
              <w:top w:w="75" w:type="dxa"/>
              <w:left w:w="90" w:type="dxa"/>
              <w:bottom w:w="75" w:type="dxa"/>
              <w:right w:w="90" w:type="dxa"/>
            </w:tcMar>
            <w:vAlign w:val="center"/>
          </w:tcPr>
          <w:p w14:paraId="5D8C7A82" w14:textId="77777777" w:rsidR="00FA66F4" w:rsidRDefault="0079117A">
            <w:pPr>
              <w:spacing w:before="20" w:after="60" w:line="252" w:lineRule="auto"/>
            </w:pPr>
            <w:r>
              <w:t>2 - Recognized Chaplaincy Credentials</w:t>
            </w:r>
          </w:p>
        </w:tc>
        <w:tc>
          <w:tcPr>
            <w:tcW w:w="3456" w:type="dxa"/>
            <w:tcMar>
              <w:top w:w="75" w:type="dxa"/>
              <w:left w:w="90" w:type="dxa"/>
              <w:bottom w:w="75" w:type="dxa"/>
              <w:right w:w="90" w:type="dxa"/>
            </w:tcMar>
            <w:vAlign w:val="center"/>
          </w:tcPr>
          <w:p w14:paraId="7144B680" w14:textId="77777777" w:rsidR="00FA66F4" w:rsidRDefault="0079117A">
            <w:pPr>
              <w:spacing w:before="20" w:after="60" w:line="252" w:lineRule="auto"/>
            </w:pPr>
            <w:r>
              <w:t>150</w:t>
            </w:r>
          </w:p>
        </w:tc>
        <w:tc>
          <w:tcPr>
            <w:tcW w:w="3456" w:type="dxa"/>
            <w:tcMar>
              <w:top w:w="75" w:type="dxa"/>
              <w:left w:w="90" w:type="dxa"/>
              <w:bottom w:w="75" w:type="dxa"/>
              <w:right w:w="90" w:type="dxa"/>
            </w:tcMar>
            <w:vAlign w:val="center"/>
          </w:tcPr>
          <w:p w14:paraId="741A2E34" w14:textId="77777777" w:rsidR="00FA66F4" w:rsidRDefault="0079117A">
            <w:pPr>
              <w:spacing w:before="20" w:after="60" w:line="252" w:lineRule="auto"/>
            </w:pPr>
            <w:r>
              <w:t>________________</w:t>
            </w:r>
          </w:p>
        </w:tc>
      </w:tr>
      <w:tr w:rsidR="00FA66F4" w14:paraId="691918ED" w14:textId="77777777">
        <w:trPr>
          <w:jc w:val="center"/>
        </w:trPr>
        <w:tc>
          <w:tcPr>
            <w:tcW w:w="3456" w:type="dxa"/>
            <w:tcMar>
              <w:top w:w="75" w:type="dxa"/>
              <w:left w:w="90" w:type="dxa"/>
              <w:bottom w:w="75" w:type="dxa"/>
              <w:right w:w="90" w:type="dxa"/>
            </w:tcMar>
            <w:vAlign w:val="center"/>
          </w:tcPr>
          <w:p w14:paraId="557550C7" w14:textId="77777777" w:rsidR="00FA66F4" w:rsidRDefault="0079117A">
            <w:pPr>
              <w:spacing w:before="20" w:after="60" w:line="252" w:lineRule="auto"/>
            </w:pPr>
            <w:r>
              <w:t>3 - Correctional Experience</w:t>
            </w:r>
          </w:p>
        </w:tc>
        <w:tc>
          <w:tcPr>
            <w:tcW w:w="3456" w:type="dxa"/>
            <w:tcMar>
              <w:top w:w="75" w:type="dxa"/>
              <w:left w:w="90" w:type="dxa"/>
              <w:bottom w:w="75" w:type="dxa"/>
              <w:right w:w="90" w:type="dxa"/>
            </w:tcMar>
            <w:vAlign w:val="center"/>
          </w:tcPr>
          <w:p w14:paraId="10A8B877" w14:textId="77777777" w:rsidR="00FA66F4" w:rsidRDefault="0079117A">
            <w:pPr>
              <w:spacing w:before="20" w:after="60" w:line="252" w:lineRule="auto"/>
            </w:pPr>
            <w:r>
              <w:t>200</w:t>
            </w:r>
          </w:p>
        </w:tc>
        <w:tc>
          <w:tcPr>
            <w:tcW w:w="3456" w:type="dxa"/>
            <w:tcMar>
              <w:top w:w="75" w:type="dxa"/>
              <w:left w:w="90" w:type="dxa"/>
              <w:bottom w:w="75" w:type="dxa"/>
              <w:right w:w="90" w:type="dxa"/>
            </w:tcMar>
            <w:vAlign w:val="center"/>
          </w:tcPr>
          <w:p w14:paraId="33B95C5D" w14:textId="77777777" w:rsidR="00FA66F4" w:rsidRDefault="0079117A">
            <w:pPr>
              <w:spacing w:before="20" w:after="60" w:line="252" w:lineRule="auto"/>
            </w:pPr>
            <w:r>
              <w:t>________________</w:t>
            </w:r>
          </w:p>
        </w:tc>
      </w:tr>
      <w:tr w:rsidR="00FA66F4" w14:paraId="2BDA5701" w14:textId="77777777">
        <w:trPr>
          <w:jc w:val="center"/>
        </w:trPr>
        <w:tc>
          <w:tcPr>
            <w:tcW w:w="3456" w:type="dxa"/>
            <w:tcMar>
              <w:top w:w="75" w:type="dxa"/>
              <w:left w:w="90" w:type="dxa"/>
              <w:bottom w:w="75" w:type="dxa"/>
              <w:right w:w="90" w:type="dxa"/>
            </w:tcMar>
            <w:vAlign w:val="center"/>
          </w:tcPr>
          <w:p w14:paraId="02DE1E55" w14:textId="77777777" w:rsidR="00FA66F4" w:rsidRDefault="0079117A">
            <w:pPr>
              <w:spacing w:before="20" w:after="60" w:line="252" w:lineRule="auto"/>
            </w:pPr>
            <w:r>
              <w:t>4 - Ministry &amp; Chaplaincy Experience</w:t>
            </w:r>
          </w:p>
        </w:tc>
        <w:tc>
          <w:tcPr>
            <w:tcW w:w="3456" w:type="dxa"/>
            <w:tcMar>
              <w:top w:w="75" w:type="dxa"/>
              <w:left w:w="90" w:type="dxa"/>
              <w:bottom w:w="75" w:type="dxa"/>
              <w:right w:w="90" w:type="dxa"/>
            </w:tcMar>
            <w:vAlign w:val="center"/>
          </w:tcPr>
          <w:p w14:paraId="1E3E5B61" w14:textId="77777777" w:rsidR="00FA66F4" w:rsidRDefault="0079117A">
            <w:pPr>
              <w:spacing w:before="20" w:after="60" w:line="252" w:lineRule="auto"/>
            </w:pPr>
            <w:r>
              <w:t>100</w:t>
            </w:r>
          </w:p>
        </w:tc>
        <w:tc>
          <w:tcPr>
            <w:tcW w:w="3456" w:type="dxa"/>
            <w:tcMar>
              <w:top w:w="75" w:type="dxa"/>
              <w:left w:w="90" w:type="dxa"/>
              <w:bottom w:w="75" w:type="dxa"/>
              <w:right w:w="90" w:type="dxa"/>
            </w:tcMar>
            <w:vAlign w:val="center"/>
          </w:tcPr>
          <w:p w14:paraId="59444A11" w14:textId="77777777" w:rsidR="00FA66F4" w:rsidRDefault="0079117A">
            <w:pPr>
              <w:spacing w:before="20" w:after="60" w:line="252" w:lineRule="auto"/>
            </w:pPr>
            <w:r>
              <w:t>________________</w:t>
            </w:r>
          </w:p>
        </w:tc>
      </w:tr>
      <w:tr w:rsidR="00FA66F4" w14:paraId="50ADD7A2" w14:textId="77777777">
        <w:trPr>
          <w:jc w:val="center"/>
        </w:trPr>
        <w:tc>
          <w:tcPr>
            <w:tcW w:w="3456" w:type="dxa"/>
            <w:tcMar>
              <w:top w:w="75" w:type="dxa"/>
              <w:left w:w="90" w:type="dxa"/>
              <w:bottom w:w="75" w:type="dxa"/>
              <w:right w:w="90" w:type="dxa"/>
            </w:tcMar>
            <w:vAlign w:val="center"/>
          </w:tcPr>
          <w:p w14:paraId="72487942" w14:textId="77777777" w:rsidR="00FA66F4" w:rsidRDefault="0079117A">
            <w:pPr>
              <w:spacing w:before="20" w:after="60" w:line="252" w:lineRule="auto"/>
            </w:pPr>
            <w:r>
              <w:t>5 - Specialized Training &amp; Professional Development</w:t>
            </w:r>
          </w:p>
        </w:tc>
        <w:tc>
          <w:tcPr>
            <w:tcW w:w="3456" w:type="dxa"/>
            <w:tcMar>
              <w:top w:w="75" w:type="dxa"/>
              <w:left w:w="90" w:type="dxa"/>
              <w:bottom w:w="75" w:type="dxa"/>
              <w:right w:w="90" w:type="dxa"/>
            </w:tcMar>
            <w:vAlign w:val="center"/>
          </w:tcPr>
          <w:p w14:paraId="6160C625" w14:textId="77777777" w:rsidR="00FA66F4" w:rsidRDefault="0079117A">
            <w:pPr>
              <w:spacing w:before="20" w:after="60" w:line="252" w:lineRule="auto"/>
            </w:pPr>
            <w:r>
              <w:t>75</w:t>
            </w:r>
          </w:p>
        </w:tc>
        <w:tc>
          <w:tcPr>
            <w:tcW w:w="3456" w:type="dxa"/>
            <w:tcMar>
              <w:top w:w="75" w:type="dxa"/>
              <w:left w:w="90" w:type="dxa"/>
              <w:bottom w:w="75" w:type="dxa"/>
              <w:right w:w="90" w:type="dxa"/>
            </w:tcMar>
            <w:vAlign w:val="center"/>
          </w:tcPr>
          <w:p w14:paraId="589E6C4E" w14:textId="77777777" w:rsidR="00FA66F4" w:rsidRDefault="0079117A">
            <w:pPr>
              <w:spacing w:before="20" w:after="60" w:line="252" w:lineRule="auto"/>
            </w:pPr>
            <w:r>
              <w:t>________________</w:t>
            </w:r>
          </w:p>
        </w:tc>
      </w:tr>
      <w:tr w:rsidR="00FA66F4" w14:paraId="0573396A" w14:textId="77777777">
        <w:trPr>
          <w:jc w:val="center"/>
        </w:trPr>
        <w:tc>
          <w:tcPr>
            <w:tcW w:w="3456" w:type="dxa"/>
            <w:tcMar>
              <w:top w:w="75" w:type="dxa"/>
              <w:left w:w="90" w:type="dxa"/>
              <w:bottom w:w="75" w:type="dxa"/>
              <w:right w:w="90" w:type="dxa"/>
            </w:tcMar>
            <w:vAlign w:val="center"/>
          </w:tcPr>
          <w:p w14:paraId="38363FE3" w14:textId="77777777" w:rsidR="00FA66F4" w:rsidRDefault="0079117A">
            <w:pPr>
              <w:spacing w:before="20" w:after="60" w:line="252" w:lineRule="auto"/>
            </w:pPr>
            <w:r>
              <w:t>6 - Professional Contributions &amp; Leadership</w:t>
            </w:r>
          </w:p>
        </w:tc>
        <w:tc>
          <w:tcPr>
            <w:tcW w:w="3456" w:type="dxa"/>
            <w:tcMar>
              <w:top w:w="75" w:type="dxa"/>
              <w:left w:w="90" w:type="dxa"/>
              <w:bottom w:w="75" w:type="dxa"/>
              <w:right w:w="90" w:type="dxa"/>
            </w:tcMar>
            <w:vAlign w:val="center"/>
          </w:tcPr>
          <w:p w14:paraId="143DBFBC" w14:textId="77777777" w:rsidR="00FA66F4" w:rsidRDefault="0079117A">
            <w:pPr>
              <w:spacing w:before="20" w:after="60" w:line="252" w:lineRule="auto"/>
            </w:pPr>
            <w:r>
              <w:t>50</w:t>
            </w:r>
          </w:p>
        </w:tc>
        <w:tc>
          <w:tcPr>
            <w:tcW w:w="3456" w:type="dxa"/>
            <w:tcMar>
              <w:top w:w="75" w:type="dxa"/>
              <w:left w:w="90" w:type="dxa"/>
              <w:bottom w:w="75" w:type="dxa"/>
              <w:right w:w="90" w:type="dxa"/>
            </w:tcMar>
            <w:vAlign w:val="center"/>
          </w:tcPr>
          <w:p w14:paraId="1FF141BA" w14:textId="77777777" w:rsidR="00FA66F4" w:rsidRDefault="0079117A">
            <w:pPr>
              <w:spacing w:before="20" w:after="60" w:line="252" w:lineRule="auto"/>
            </w:pPr>
            <w:r>
              <w:t>________________</w:t>
            </w:r>
          </w:p>
        </w:tc>
      </w:tr>
      <w:tr w:rsidR="00FA66F4" w14:paraId="4FBC859E" w14:textId="77777777">
        <w:trPr>
          <w:jc w:val="center"/>
        </w:trPr>
        <w:tc>
          <w:tcPr>
            <w:tcW w:w="3456" w:type="dxa"/>
            <w:shd w:val="clear" w:color="auto" w:fill="E7E6E6"/>
            <w:tcMar>
              <w:top w:w="75" w:type="dxa"/>
              <w:left w:w="90" w:type="dxa"/>
              <w:bottom w:w="75" w:type="dxa"/>
              <w:right w:w="90" w:type="dxa"/>
            </w:tcMar>
            <w:vAlign w:val="center"/>
          </w:tcPr>
          <w:p w14:paraId="306E5DDE" w14:textId="77777777" w:rsidR="00FA66F4" w:rsidRDefault="0079117A">
            <w:pPr>
              <w:spacing w:before="20" w:after="60" w:line="252" w:lineRule="auto"/>
            </w:pPr>
            <w:r>
              <w:rPr>
                <w:b/>
              </w:rPr>
              <w:t>TOTAL</w:t>
            </w:r>
          </w:p>
        </w:tc>
        <w:tc>
          <w:tcPr>
            <w:tcW w:w="3456" w:type="dxa"/>
            <w:shd w:val="clear" w:color="auto" w:fill="E7E6E6"/>
            <w:tcMar>
              <w:top w:w="75" w:type="dxa"/>
              <w:left w:w="90" w:type="dxa"/>
              <w:bottom w:w="75" w:type="dxa"/>
              <w:right w:w="90" w:type="dxa"/>
            </w:tcMar>
            <w:vAlign w:val="center"/>
          </w:tcPr>
          <w:p w14:paraId="1513D6A2" w14:textId="77777777" w:rsidR="00FA66F4" w:rsidRDefault="0079117A">
            <w:pPr>
              <w:spacing w:before="20" w:after="60" w:line="252" w:lineRule="auto"/>
            </w:pPr>
            <w:r>
              <w:rPr>
                <w:b/>
              </w:rPr>
              <w:t>700</w:t>
            </w:r>
          </w:p>
        </w:tc>
        <w:tc>
          <w:tcPr>
            <w:tcW w:w="3456" w:type="dxa"/>
            <w:shd w:val="clear" w:color="auto" w:fill="E7E6E6"/>
            <w:tcMar>
              <w:top w:w="75" w:type="dxa"/>
              <w:left w:w="90" w:type="dxa"/>
              <w:bottom w:w="75" w:type="dxa"/>
              <w:right w:w="90" w:type="dxa"/>
            </w:tcMar>
            <w:vAlign w:val="center"/>
          </w:tcPr>
          <w:p w14:paraId="351DB52E" w14:textId="77777777" w:rsidR="00FA66F4" w:rsidRDefault="0079117A">
            <w:pPr>
              <w:spacing w:before="20" w:after="60" w:line="252" w:lineRule="auto"/>
            </w:pPr>
            <w:r>
              <w:rPr>
                <w:b/>
              </w:rPr>
              <w:t>________________</w:t>
            </w:r>
          </w:p>
        </w:tc>
      </w:tr>
    </w:tbl>
    <w:p w14:paraId="0E5EEB6C" w14:textId="77777777" w:rsidR="00FA66F4" w:rsidRDefault="00FA66F4">
      <w:pPr>
        <w:spacing w:after="40"/>
      </w:pPr>
    </w:p>
    <w:p w14:paraId="6A7A4CB9" w14:textId="77777777" w:rsidR="00FA66F4" w:rsidRDefault="0079117A">
      <w:r>
        <w:rPr>
          <w:b/>
        </w:rPr>
        <w:t xml:space="preserve">Proposed eligibility requirement: </w:t>
      </w:r>
      <w:r>
        <w:t>Applicants must attain at least 350 points out of a possible 700 points AND independently satisfy all mandatory minimum requirements.</w:t>
      </w:r>
    </w:p>
    <w:p w14:paraId="3F88E639" w14:textId="77777777" w:rsidR="00A67D6E" w:rsidRDefault="00A67D6E"/>
    <w:p w14:paraId="70DE41C7" w14:textId="79BA1AFD" w:rsidR="00FA66F4" w:rsidRDefault="0079117A">
      <w:r>
        <w:t>☐ At least one (1) full year</w:t>
      </w:r>
      <w:r w:rsidR="00F878B9">
        <w:t xml:space="preserve"> – 156 hours hours 3 hours a week</w:t>
      </w:r>
      <w:r>
        <w:t xml:space="preserve"> of jail or prison chaplain experience.</w:t>
      </w:r>
    </w:p>
    <w:p w14:paraId="198E50B4" w14:textId="77777777" w:rsidR="00FA66F4" w:rsidRDefault="0079117A">
      <w:r>
        <w:t>☐ At least 20 points in Section 4 - Ministry &amp; Chaplaincy Experience.</w:t>
      </w:r>
    </w:p>
    <w:p w14:paraId="03BAC1F7" w14:textId="77777777" w:rsidR="00FA66F4" w:rsidRDefault="0079117A">
      <w:r>
        <w:t>☐ At least 25 points in Section 5 - Specialized Training &amp; Professional Development.</w:t>
      </w:r>
    </w:p>
    <w:p w14:paraId="2EAFD987" w14:textId="77777777" w:rsidR="00FA66F4" w:rsidRDefault="0079117A">
      <w:r>
        <w:t>☐ At least 25 points in Section 6 - Professional Contributions &amp; Leadership.</w:t>
      </w:r>
    </w:p>
    <w:p w14:paraId="2B38DDBF" w14:textId="77777777" w:rsidR="00FA66F4" w:rsidRDefault="00FA66F4">
      <w:pPr>
        <w:spacing w:after="40"/>
      </w:pPr>
    </w:p>
    <w:p w14:paraId="3F9FA9B9" w14:textId="77777777" w:rsidR="00FA66F4" w:rsidRDefault="0079117A">
      <w:pPr>
        <w:spacing w:before="200" w:after="140"/>
      </w:pPr>
      <w:r>
        <w:rPr>
          <w:b/>
        </w:rPr>
        <w:t>Applicant Certification</w:t>
      </w:r>
    </w:p>
    <w:p w14:paraId="6B3F0708" w14:textId="77777777" w:rsidR="00FA66F4" w:rsidRDefault="0079117A">
      <w:pPr>
        <w:spacing w:after="140" w:line="269" w:lineRule="auto"/>
      </w:pPr>
      <w:r>
        <w:t>I certify that the information submitted in this application and Experiential Background Form is true and correct in all material respects. I authorize the Jail Manager Certification Commission (JMCC) to take reasonable steps to verify the information provided. I understand that supporting documentation may be required before points are awarded and that material misrepresentation may result in denial or loss of the Certified Jail Chaplain (CJC) designation.</w:t>
      </w:r>
    </w:p>
    <w:p w14:paraId="6BFD9C2A" w14:textId="77777777" w:rsidR="00FA66F4" w:rsidRDefault="0079117A">
      <w:r>
        <w:t>I agree to be bound by the Code of Ethics of the American Jail Association and acknowledge that I have read and understand the CJC Handbook for Candidates.</w:t>
      </w:r>
    </w:p>
    <w:p w14:paraId="54AE874E" w14:textId="77777777" w:rsidR="00A67D6E" w:rsidRDefault="00A67D6E">
      <w:pPr>
        <w:spacing w:before="40" w:line="252" w:lineRule="auto"/>
        <w:rPr>
          <w:b/>
        </w:rPr>
      </w:pPr>
    </w:p>
    <w:p w14:paraId="7B5CE493" w14:textId="2ED5A1D7" w:rsidR="00FA66F4" w:rsidRDefault="0079117A">
      <w:pPr>
        <w:spacing w:before="40" w:line="252" w:lineRule="auto"/>
      </w:pPr>
      <w:r>
        <w:rPr>
          <w:b/>
        </w:rPr>
        <w:t xml:space="preserve">Applicant Signature: </w:t>
      </w:r>
      <w:r>
        <w:t>______________________________________</w:t>
      </w:r>
    </w:p>
    <w:p w14:paraId="265DBA55" w14:textId="77777777" w:rsidR="00A67D6E" w:rsidRDefault="00A67D6E">
      <w:pPr>
        <w:spacing w:before="40" w:line="252" w:lineRule="auto"/>
        <w:rPr>
          <w:b/>
        </w:rPr>
      </w:pPr>
    </w:p>
    <w:p w14:paraId="35B9DC34" w14:textId="46898FC8" w:rsidR="00FA66F4" w:rsidRDefault="0079117A">
      <w:pPr>
        <w:spacing w:before="40" w:line="252" w:lineRule="auto"/>
      </w:pPr>
      <w:r>
        <w:rPr>
          <w:b/>
        </w:rPr>
        <w:t xml:space="preserve">Date: </w:t>
      </w:r>
      <w:r>
        <w:t>_________________________</w:t>
      </w:r>
    </w:p>
    <w:p w14:paraId="36419A06" w14:textId="77777777" w:rsidR="00FA66F4" w:rsidRDefault="00FA66F4">
      <w:pPr>
        <w:spacing w:after="40"/>
      </w:pPr>
    </w:p>
    <w:p w14:paraId="351843F4" w14:textId="01F4FE8A" w:rsidR="00FA66F4" w:rsidRDefault="00FA66F4">
      <w:pPr>
        <w:spacing w:before="40" w:line="252" w:lineRule="auto"/>
      </w:pPr>
    </w:p>
    <w:sectPr w:rsidR="00FA66F4"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DBB6" w14:textId="77777777" w:rsidR="007A7094" w:rsidRDefault="007A7094">
      <w:pPr>
        <w:spacing w:after="0" w:line="240" w:lineRule="auto"/>
      </w:pPr>
      <w:r>
        <w:separator/>
      </w:r>
    </w:p>
  </w:endnote>
  <w:endnote w:type="continuationSeparator" w:id="0">
    <w:p w14:paraId="2D9F89DB" w14:textId="77777777" w:rsidR="007A7094" w:rsidRDefault="007A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2A26" w14:textId="77777777" w:rsidR="00FA66F4" w:rsidRDefault="0079117A">
    <w:pPr>
      <w:pStyle w:val="Footer"/>
      <w:spacing w:before="60"/>
      <w:jc w:val="center"/>
    </w:pPr>
    <w:r>
      <w:rPr>
        <w:sz w:val="16"/>
      </w:rPr>
      <w:t>American Jail Association | Certified Jail Chaplain (CJC) Application/EBF |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0D8F" w14:textId="77777777" w:rsidR="007A7094" w:rsidRDefault="007A7094">
      <w:pPr>
        <w:spacing w:after="0" w:line="240" w:lineRule="auto"/>
      </w:pPr>
      <w:r>
        <w:separator/>
      </w:r>
    </w:p>
  </w:footnote>
  <w:footnote w:type="continuationSeparator" w:id="0">
    <w:p w14:paraId="6D7A3829" w14:textId="77777777" w:rsidR="007A7094" w:rsidRDefault="007A70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5462976">
    <w:abstractNumId w:val="8"/>
  </w:num>
  <w:num w:numId="2" w16cid:durableId="533230563">
    <w:abstractNumId w:val="6"/>
  </w:num>
  <w:num w:numId="3" w16cid:durableId="1401899667">
    <w:abstractNumId w:val="5"/>
  </w:num>
  <w:num w:numId="4" w16cid:durableId="1778284381">
    <w:abstractNumId w:val="4"/>
  </w:num>
  <w:num w:numId="5" w16cid:durableId="999700282">
    <w:abstractNumId w:val="7"/>
  </w:num>
  <w:num w:numId="6" w16cid:durableId="808860918">
    <w:abstractNumId w:val="3"/>
  </w:num>
  <w:num w:numId="7" w16cid:durableId="697776772">
    <w:abstractNumId w:val="2"/>
  </w:num>
  <w:num w:numId="8" w16cid:durableId="564225000">
    <w:abstractNumId w:val="1"/>
  </w:num>
  <w:num w:numId="9" w16cid:durableId="179112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185"/>
    <w:rsid w:val="0015074B"/>
    <w:rsid w:val="0029639D"/>
    <w:rsid w:val="00326F90"/>
    <w:rsid w:val="003A6EF2"/>
    <w:rsid w:val="004143B3"/>
    <w:rsid w:val="00434C99"/>
    <w:rsid w:val="006C5C4E"/>
    <w:rsid w:val="0079117A"/>
    <w:rsid w:val="007A7094"/>
    <w:rsid w:val="00A67D6E"/>
    <w:rsid w:val="00A92649"/>
    <w:rsid w:val="00AA1D8D"/>
    <w:rsid w:val="00AA27E8"/>
    <w:rsid w:val="00B01410"/>
    <w:rsid w:val="00B47730"/>
    <w:rsid w:val="00BB028A"/>
    <w:rsid w:val="00CB0664"/>
    <w:rsid w:val="00F878B9"/>
    <w:rsid w:val="00FA66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8FC9F"/>
  <w14:defaultImageDpi w14:val="300"/>
  <w15:docId w15:val="{F813C29F-6892-4B4D-9041-7EC9D30C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4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34C99"/>
    <w:rPr>
      <w:sz w:val="16"/>
      <w:szCs w:val="16"/>
    </w:rPr>
  </w:style>
  <w:style w:type="paragraph" w:styleId="CommentText">
    <w:name w:val="annotation text"/>
    <w:basedOn w:val="Normal"/>
    <w:link w:val="CommentTextChar"/>
    <w:uiPriority w:val="99"/>
    <w:unhideWhenUsed/>
    <w:rsid w:val="00434C99"/>
    <w:pPr>
      <w:spacing w:line="240" w:lineRule="auto"/>
    </w:pPr>
    <w:rPr>
      <w:sz w:val="20"/>
      <w:szCs w:val="20"/>
    </w:rPr>
  </w:style>
  <w:style w:type="character" w:customStyle="1" w:styleId="CommentTextChar">
    <w:name w:val="Comment Text Char"/>
    <w:basedOn w:val="DefaultParagraphFont"/>
    <w:link w:val="CommentText"/>
    <w:uiPriority w:val="99"/>
    <w:rsid w:val="00434C9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34C99"/>
    <w:rPr>
      <w:b/>
      <w:bCs/>
    </w:rPr>
  </w:style>
  <w:style w:type="character" w:customStyle="1" w:styleId="CommentSubjectChar">
    <w:name w:val="Comment Subject Char"/>
    <w:basedOn w:val="CommentTextChar"/>
    <w:link w:val="CommentSubject"/>
    <w:uiPriority w:val="99"/>
    <w:semiHidden/>
    <w:rsid w:val="00434C9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2513</Words>
  <Characters>14329</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Patty Vermillion</cp:lastModifiedBy>
  <cp:revision>2</cp:revision>
  <dcterms:created xsi:type="dcterms:W3CDTF">2026-09-17T17:45:00Z</dcterms:created>
  <dcterms:modified xsi:type="dcterms:W3CDTF">2026-09-17T17:45:00Z</dcterms:modified>
  <cp:category/>
</cp:coreProperties>
</file>